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D8478" w14:textId="68D82933" w:rsidR="00D2628A" w:rsidRPr="00D2628A" w:rsidRDefault="00666F62" w:rsidP="001214D1">
      <w:pPr>
        <w:spacing w:after="40" w:line="240" w:lineRule="auto"/>
        <w:jc w:val="center"/>
        <w:rPr>
          <w:rFonts w:ascii="Times New Roman" w:hAnsi="Times New Roman"/>
          <w:b/>
          <w:sz w:val="16"/>
        </w:rPr>
      </w:pPr>
      <w:r>
        <w:rPr>
          <w:rFonts w:ascii="Times New Roman" w:hAnsi="Times New Roman"/>
          <w:b/>
          <w:sz w:val="16"/>
        </w:rPr>
        <w:t>Declarația pe propria răspundere care se depune conform prevederilor art. 93 alin. (4), art. 262 alin. (1) lit. m) și art. 269 alin. (16)</w:t>
      </w:r>
      <w:r>
        <w:rPr>
          <w:rFonts w:ascii="Times New Roman" w:hAnsi="Times New Roman"/>
          <w:b/>
          <w:sz w:val="16"/>
        </w:rPr>
        <w:br/>
        <w:t xml:space="preserve">din Legea nr. 169/2026 </w:t>
      </w:r>
      <w:proofErr w:type="spellStart"/>
      <w:r>
        <w:rPr>
          <w:rFonts w:ascii="Times New Roman" w:hAnsi="Times New Roman"/>
          <w:b/>
          <w:sz w:val="16"/>
        </w:rPr>
        <w:t>privind</w:t>
      </w:r>
      <w:proofErr w:type="spellEnd"/>
      <w:r>
        <w:rPr>
          <w:rFonts w:ascii="Times New Roman" w:hAnsi="Times New Roman"/>
          <w:b/>
          <w:sz w:val="16"/>
        </w:rPr>
        <w:t xml:space="preserve"> </w:t>
      </w:r>
      <w:proofErr w:type="spellStart"/>
      <w:r>
        <w:rPr>
          <w:rFonts w:ascii="Times New Roman" w:hAnsi="Times New Roman"/>
          <w:b/>
          <w:sz w:val="16"/>
        </w:rPr>
        <w:t>Codul</w:t>
      </w:r>
      <w:proofErr w:type="spellEnd"/>
      <w:r>
        <w:rPr>
          <w:rFonts w:ascii="Times New Roman" w:hAnsi="Times New Roman"/>
          <w:b/>
          <w:sz w:val="16"/>
        </w:rPr>
        <w:t xml:space="preserve"> </w:t>
      </w:r>
      <w:proofErr w:type="spellStart"/>
      <w:r>
        <w:rPr>
          <w:rFonts w:ascii="Times New Roman" w:hAnsi="Times New Roman"/>
          <w:b/>
          <w:sz w:val="16"/>
        </w:rPr>
        <w:t>Amenajării</w:t>
      </w:r>
      <w:proofErr w:type="spellEnd"/>
      <w:r>
        <w:rPr>
          <w:rFonts w:ascii="Times New Roman" w:hAnsi="Times New Roman"/>
          <w:b/>
          <w:sz w:val="16"/>
        </w:rPr>
        <w:t xml:space="preserve"> </w:t>
      </w:r>
      <w:proofErr w:type="spellStart"/>
      <w:r>
        <w:rPr>
          <w:rFonts w:ascii="Times New Roman" w:hAnsi="Times New Roman"/>
          <w:b/>
          <w:sz w:val="16"/>
        </w:rPr>
        <w:t>Teritoriului</w:t>
      </w:r>
      <w:proofErr w:type="spellEnd"/>
      <w:r>
        <w:rPr>
          <w:rFonts w:ascii="Times New Roman" w:hAnsi="Times New Roman"/>
          <w:b/>
          <w:sz w:val="16"/>
        </w:rPr>
        <w:t xml:space="preserve">, </w:t>
      </w:r>
      <w:proofErr w:type="spellStart"/>
      <w:r>
        <w:rPr>
          <w:rFonts w:ascii="Times New Roman" w:hAnsi="Times New Roman"/>
          <w:b/>
          <w:sz w:val="16"/>
        </w:rPr>
        <w:t>Urbanismului</w:t>
      </w:r>
      <w:proofErr w:type="spellEnd"/>
      <w:r>
        <w:rPr>
          <w:rFonts w:ascii="Times New Roman" w:hAnsi="Times New Roman"/>
          <w:b/>
          <w:sz w:val="16"/>
        </w:rPr>
        <w:t xml:space="preserve"> </w:t>
      </w:r>
      <w:proofErr w:type="spellStart"/>
      <w:r>
        <w:rPr>
          <w:rFonts w:ascii="Times New Roman" w:hAnsi="Times New Roman"/>
          <w:b/>
          <w:sz w:val="16"/>
        </w:rPr>
        <w:t>și</w:t>
      </w:r>
      <w:proofErr w:type="spellEnd"/>
      <w:r>
        <w:rPr>
          <w:rFonts w:ascii="Times New Roman" w:hAnsi="Times New Roman"/>
          <w:b/>
          <w:sz w:val="16"/>
        </w:rPr>
        <w:t xml:space="preserve"> </w:t>
      </w:r>
      <w:proofErr w:type="spellStart"/>
      <w:r>
        <w:rPr>
          <w:rFonts w:ascii="Times New Roman" w:hAnsi="Times New Roman"/>
          <w:b/>
          <w:sz w:val="16"/>
        </w:rPr>
        <w:t>Construcțiilor</w:t>
      </w:r>
      <w:proofErr w:type="spellEnd"/>
    </w:p>
    <w:p w14:paraId="3EEB3A21" w14:textId="77777777" w:rsidR="00D2628A" w:rsidRDefault="00D2628A">
      <w:pPr>
        <w:spacing w:before="80" w:after="60" w:line="240" w:lineRule="auto"/>
        <w:jc w:val="center"/>
        <w:rPr>
          <w:rFonts w:ascii="Times New Roman" w:hAnsi="Times New Roman"/>
          <w:b/>
          <w:sz w:val="25"/>
        </w:rPr>
      </w:pPr>
    </w:p>
    <w:p w14:paraId="5FA9E90D" w14:textId="4FC7CC08" w:rsidR="00794A72" w:rsidRPr="00623881" w:rsidRDefault="00666F62">
      <w:pPr>
        <w:spacing w:before="80" w:after="60" w:line="240" w:lineRule="auto"/>
        <w:jc w:val="center"/>
        <w:rPr>
          <w:rFonts w:ascii="Times New Roman" w:hAnsi="Times New Roman"/>
          <w:b/>
          <w:bCs/>
          <w:sz w:val="18"/>
          <w:szCs w:val="24"/>
        </w:rPr>
      </w:pPr>
      <w:r w:rsidRPr="00175BE1">
        <w:rPr>
          <w:rFonts w:ascii="Times New Roman" w:hAnsi="Times New Roman"/>
          <w:b/>
          <w:sz w:val="28"/>
          <w:szCs w:val="24"/>
        </w:rPr>
        <w:t>DECLARAȚIE PE PROPRIA RĂSPUNDERE</w:t>
      </w:r>
      <w:r w:rsidRPr="00175BE1">
        <w:rPr>
          <w:rFonts w:ascii="Times New Roman" w:hAnsi="Times New Roman"/>
          <w:b/>
          <w:sz w:val="28"/>
          <w:szCs w:val="24"/>
        </w:rPr>
        <w:br/>
      </w:r>
      <w:proofErr w:type="spellStart"/>
      <w:r w:rsidRPr="00623881">
        <w:rPr>
          <w:rFonts w:ascii="Times New Roman" w:hAnsi="Times New Roman"/>
          <w:b/>
          <w:bCs/>
          <w:sz w:val="18"/>
          <w:szCs w:val="24"/>
        </w:rPr>
        <w:t>prin</w:t>
      </w:r>
      <w:proofErr w:type="spellEnd"/>
      <w:r w:rsidRPr="00623881">
        <w:rPr>
          <w:rFonts w:ascii="Times New Roman" w:hAnsi="Times New Roman"/>
          <w:b/>
          <w:bCs/>
          <w:sz w:val="18"/>
          <w:szCs w:val="24"/>
        </w:rPr>
        <w:t xml:space="preserve"> care </w:t>
      </w:r>
      <w:proofErr w:type="spellStart"/>
      <w:r w:rsidRPr="00623881">
        <w:rPr>
          <w:rFonts w:ascii="Times New Roman" w:hAnsi="Times New Roman"/>
          <w:b/>
          <w:bCs/>
          <w:sz w:val="18"/>
          <w:szCs w:val="24"/>
        </w:rPr>
        <w:t>beneficiarul</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declară</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că</w:t>
      </w:r>
      <w:proofErr w:type="spellEnd"/>
      <w:r w:rsidRPr="00623881">
        <w:rPr>
          <w:rFonts w:ascii="Times New Roman" w:hAnsi="Times New Roman"/>
          <w:b/>
          <w:bCs/>
          <w:sz w:val="18"/>
          <w:szCs w:val="24"/>
        </w:rPr>
        <w:t xml:space="preserve"> nu a </w:t>
      </w:r>
      <w:proofErr w:type="spellStart"/>
      <w:r w:rsidRPr="00623881">
        <w:rPr>
          <w:rFonts w:ascii="Times New Roman" w:hAnsi="Times New Roman"/>
          <w:b/>
          <w:bCs/>
          <w:sz w:val="18"/>
          <w:szCs w:val="24"/>
        </w:rPr>
        <w:t>fost</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primită</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solicitarea</w:t>
      </w:r>
      <w:proofErr w:type="spellEnd"/>
      <w:r w:rsidRPr="00623881">
        <w:rPr>
          <w:rFonts w:ascii="Times New Roman" w:hAnsi="Times New Roman"/>
          <w:b/>
          <w:bCs/>
          <w:sz w:val="18"/>
          <w:szCs w:val="24"/>
        </w:rPr>
        <w:t xml:space="preserve"> de </w:t>
      </w:r>
      <w:proofErr w:type="spellStart"/>
      <w:r w:rsidRPr="00623881">
        <w:rPr>
          <w:rFonts w:ascii="Times New Roman" w:hAnsi="Times New Roman"/>
          <w:b/>
          <w:bCs/>
          <w:sz w:val="18"/>
          <w:szCs w:val="24"/>
        </w:rPr>
        <w:t>clarificare</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completare</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sau</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modificare</w:t>
      </w:r>
      <w:proofErr w:type="spellEnd"/>
      <w:r w:rsidRPr="00623881">
        <w:rPr>
          <w:rFonts w:ascii="Times New Roman" w:hAnsi="Times New Roman"/>
          <w:b/>
          <w:bCs/>
          <w:sz w:val="18"/>
          <w:szCs w:val="24"/>
        </w:rPr>
        <w:t xml:space="preserve">, nu a </w:t>
      </w:r>
      <w:proofErr w:type="spellStart"/>
      <w:r w:rsidRPr="00623881">
        <w:rPr>
          <w:rFonts w:ascii="Times New Roman" w:hAnsi="Times New Roman"/>
          <w:b/>
          <w:bCs/>
          <w:sz w:val="18"/>
          <w:szCs w:val="24"/>
        </w:rPr>
        <w:t>fost</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eliberat</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aviz</w:t>
      </w:r>
      <w:proofErr w:type="spellEnd"/>
      <w:r w:rsidRPr="00623881">
        <w:rPr>
          <w:rFonts w:ascii="Times New Roman" w:hAnsi="Times New Roman"/>
          <w:b/>
          <w:bCs/>
          <w:sz w:val="18"/>
          <w:szCs w:val="24"/>
        </w:rPr>
        <w:t xml:space="preserve"> /</w:t>
      </w:r>
      <w:r w:rsidRPr="00623881">
        <w:rPr>
          <w:rFonts w:ascii="Times New Roman" w:hAnsi="Times New Roman"/>
          <w:b/>
          <w:bCs/>
          <w:sz w:val="18"/>
          <w:szCs w:val="24"/>
        </w:rPr>
        <w:br/>
      </w:r>
      <w:proofErr w:type="spellStart"/>
      <w:r w:rsidRPr="00623881">
        <w:rPr>
          <w:rFonts w:ascii="Times New Roman" w:hAnsi="Times New Roman"/>
          <w:b/>
          <w:bCs/>
          <w:sz w:val="18"/>
          <w:szCs w:val="24"/>
        </w:rPr>
        <w:t>acord</w:t>
      </w:r>
      <w:proofErr w:type="spellEnd"/>
      <w:r w:rsidRPr="00623881">
        <w:rPr>
          <w:rFonts w:ascii="Times New Roman" w:hAnsi="Times New Roman"/>
          <w:b/>
          <w:bCs/>
          <w:sz w:val="18"/>
          <w:szCs w:val="24"/>
        </w:rPr>
        <w:t xml:space="preserve"> cu </w:t>
      </w:r>
      <w:proofErr w:type="spellStart"/>
      <w:r w:rsidRPr="00623881">
        <w:rPr>
          <w:rFonts w:ascii="Times New Roman" w:hAnsi="Times New Roman"/>
          <w:b/>
          <w:bCs/>
          <w:sz w:val="18"/>
          <w:szCs w:val="24"/>
        </w:rPr>
        <w:t>sau</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fără</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condiții</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ori</w:t>
      </w:r>
      <w:proofErr w:type="spellEnd"/>
      <w:r w:rsidRPr="00623881">
        <w:rPr>
          <w:rFonts w:ascii="Times New Roman" w:hAnsi="Times New Roman"/>
          <w:b/>
          <w:bCs/>
          <w:sz w:val="18"/>
          <w:szCs w:val="24"/>
        </w:rPr>
        <w:t xml:space="preserve"> nu a </w:t>
      </w:r>
      <w:proofErr w:type="spellStart"/>
      <w:r w:rsidRPr="00623881">
        <w:rPr>
          <w:rFonts w:ascii="Times New Roman" w:hAnsi="Times New Roman"/>
          <w:b/>
          <w:bCs/>
          <w:sz w:val="18"/>
          <w:szCs w:val="24"/>
        </w:rPr>
        <w:t>fost</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eliberată</w:t>
      </w:r>
      <w:proofErr w:type="spellEnd"/>
      <w:r w:rsidRPr="00623881">
        <w:rPr>
          <w:rFonts w:ascii="Times New Roman" w:hAnsi="Times New Roman"/>
          <w:b/>
          <w:bCs/>
          <w:sz w:val="18"/>
          <w:szCs w:val="24"/>
        </w:rPr>
        <w:t xml:space="preserve"> </w:t>
      </w:r>
      <w:proofErr w:type="spellStart"/>
      <w:r w:rsidRPr="00623881">
        <w:rPr>
          <w:rFonts w:ascii="Times New Roman" w:hAnsi="Times New Roman"/>
          <w:b/>
          <w:bCs/>
          <w:sz w:val="18"/>
          <w:szCs w:val="24"/>
        </w:rPr>
        <w:t>adresa</w:t>
      </w:r>
      <w:proofErr w:type="spellEnd"/>
      <w:r w:rsidRPr="00623881">
        <w:rPr>
          <w:rFonts w:ascii="Times New Roman" w:hAnsi="Times New Roman"/>
          <w:b/>
          <w:bCs/>
          <w:sz w:val="18"/>
          <w:szCs w:val="24"/>
        </w:rPr>
        <w:t xml:space="preserve"> de </w:t>
      </w:r>
      <w:proofErr w:type="spellStart"/>
      <w:r w:rsidRPr="00623881">
        <w:rPr>
          <w:rFonts w:ascii="Times New Roman" w:hAnsi="Times New Roman"/>
          <w:b/>
          <w:bCs/>
          <w:sz w:val="18"/>
          <w:szCs w:val="24"/>
        </w:rPr>
        <w:t>respingere</w:t>
      </w:r>
      <w:proofErr w:type="spellEnd"/>
    </w:p>
    <w:p w14:paraId="32A4C004" w14:textId="77777777" w:rsidR="00623881" w:rsidRPr="00175BE1" w:rsidRDefault="00623881">
      <w:pPr>
        <w:spacing w:before="80" w:after="60" w:line="240" w:lineRule="auto"/>
        <w:jc w:val="center"/>
        <w:rPr>
          <w:sz w:val="24"/>
          <w:szCs w:val="24"/>
        </w:rPr>
      </w:pPr>
    </w:p>
    <w:tbl>
      <w:tblPr>
        <w:tblW w:w="0" w:type="auto"/>
        <w:jc w:val="center"/>
        <w:tblLayout w:type="fixed"/>
        <w:tblLook w:val="04A0" w:firstRow="1" w:lastRow="0" w:firstColumn="1" w:lastColumn="0" w:noHBand="0" w:noVBand="1"/>
      </w:tblPr>
      <w:tblGrid>
        <w:gridCol w:w="1824"/>
        <w:gridCol w:w="1824"/>
        <w:gridCol w:w="912"/>
        <w:gridCol w:w="912"/>
        <w:gridCol w:w="912"/>
        <w:gridCol w:w="912"/>
        <w:gridCol w:w="912"/>
        <w:gridCol w:w="912"/>
        <w:gridCol w:w="1824"/>
      </w:tblGrid>
      <w:tr w:rsidR="00794A72" w:rsidRPr="00175BE1" w14:paraId="07CFA0A0" w14:textId="77777777">
        <w:trPr>
          <w:jc w:val="center"/>
        </w:trPr>
        <w:tc>
          <w:tcPr>
            <w:tcW w:w="10944" w:type="dxa"/>
            <w:gridSpan w:val="9"/>
            <w:tcBorders>
              <w:top w:val="single" w:sz="4" w:space="0" w:color="808080"/>
              <w:left w:val="single" w:sz="4" w:space="0" w:color="808080"/>
              <w:bottom w:val="single" w:sz="4" w:space="0" w:color="808080"/>
              <w:right w:val="single" w:sz="4" w:space="0" w:color="808080"/>
            </w:tcBorders>
            <w:shd w:val="clear" w:color="auto" w:fill="EBEBEB"/>
            <w:tcMar>
              <w:top w:w="5" w:type="dxa"/>
              <w:left w:w="30" w:type="dxa"/>
              <w:bottom w:w="5" w:type="dxa"/>
              <w:right w:w="30" w:type="dxa"/>
            </w:tcMar>
          </w:tcPr>
          <w:p w14:paraId="145E7C34" w14:textId="77777777" w:rsidR="00794A72" w:rsidRPr="00175BE1" w:rsidRDefault="00666F62">
            <w:pPr>
              <w:spacing w:before="10" w:after="10" w:line="240" w:lineRule="auto"/>
              <w:rPr>
                <w:sz w:val="24"/>
                <w:szCs w:val="24"/>
              </w:rPr>
            </w:pPr>
            <w:r w:rsidRPr="00175BE1">
              <w:rPr>
                <w:rFonts w:ascii="Times New Roman" w:hAnsi="Times New Roman"/>
                <w:b/>
                <w:sz w:val="18"/>
                <w:szCs w:val="24"/>
              </w:rPr>
              <w:t>1. SOLICITANTUL</w:t>
            </w:r>
          </w:p>
        </w:tc>
      </w:tr>
      <w:tr w:rsidR="00794A72" w:rsidRPr="00175BE1" w14:paraId="68576BA8" w14:textId="77777777" w:rsidTr="00623881">
        <w:trPr>
          <w:trHeight w:val="429"/>
          <w:jc w:val="center"/>
        </w:trPr>
        <w:tc>
          <w:tcPr>
            <w:tcW w:w="7296" w:type="dxa"/>
            <w:gridSpan w:val="6"/>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4351C369" w14:textId="77777777" w:rsidR="00794A72" w:rsidRPr="00175BE1" w:rsidRDefault="00666F62">
            <w:pPr>
              <w:spacing w:after="0" w:line="240" w:lineRule="auto"/>
              <w:rPr>
                <w:sz w:val="24"/>
                <w:szCs w:val="24"/>
              </w:rPr>
            </w:pPr>
            <w:proofErr w:type="spellStart"/>
            <w:r w:rsidRPr="00175BE1">
              <w:rPr>
                <w:rFonts w:ascii="Times New Roman" w:hAnsi="Times New Roman"/>
                <w:b/>
                <w:color w:val="004682"/>
                <w:sz w:val="18"/>
                <w:szCs w:val="24"/>
              </w:rPr>
              <w:t>Nume</w:t>
            </w:r>
            <w:proofErr w:type="spellEnd"/>
            <w:r w:rsidRPr="00175BE1">
              <w:rPr>
                <w:rFonts w:ascii="Times New Roman" w:hAnsi="Times New Roman"/>
                <w:b/>
                <w:color w:val="004682"/>
                <w:sz w:val="18"/>
                <w:szCs w:val="24"/>
              </w:rPr>
              <w:t xml:space="preserve"> </w:t>
            </w:r>
            <w:proofErr w:type="spellStart"/>
            <w:r w:rsidRPr="00175BE1">
              <w:rPr>
                <w:rFonts w:ascii="Times New Roman" w:hAnsi="Times New Roman"/>
                <w:b/>
                <w:color w:val="004682"/>
                <w:sz w:val="18"/>
                <w:szCs w:val="24"/>
              </w:rPr>
              <w:t>și</w:t>
            </w:r>
            <w:proofErr w:type="spellEnd"/>
            <w:r w:rsidRPr="00175BE1">
              <w:rPr>
                <w:rFonts w:ascii="Times New Roman" w:hAnsi="Times New Roman"/>
                <w:b/>
                <w:color w:val="004682"/>
                <w:sz w:val="18"/>
                <w:szCs w:val="24"/>
              </w:rPr>
              <w:t xml:space="preserve"> </w:t>
            </w:r>
            <w:proofErr w:type="spellStart"/>
            <w:r w:rsidRPr="00175BE1">
              <w:rPr>
                <w:rFonts w:ascii="Times New Roman" w:hAnsi="Times New Roman"/>
                <w:b/>
                <w:color w:val="004682"/>
                <w:sz w:val="18"/>
                <w:szCs w:val="24"/>
              </w:rPr>
              <w:t>prenume</w:t>
            </w:r>
            <w:proofErr w:type="spellEnd"/>
          </w:p>
        </w:tc>
        <w:tc>
          <w:tcPr>
            <w:tcW w:w="3648" w:type="dxa"/>
            <w:gridSpan w:val="3"/>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2C27035"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CNP</w:t>
            </w:r>
          </w:p>
        </w:tc>
      </w:tr>
      <w:tr w:rsidR="00794A72" w:rsidRPr="00175BE1" w14:paraId="6AA3B53D" w14:textId="77777777" w:rsidTr="00623881">
        <w:trPr>
          <w:trHeight w:val="407"/>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CC9F407" w14:textId="77777777" w:rsidR="00794A72" w:rsidRPr="00175BE1" w:rsidRDefault="00666F62">
            <w:pPr>
              <w:spacing w:after="0" w:line="240" w:lineRule="auto"/>
              <w:rPr>
                <w:sz w:val="24"/>
                <w:szCs w:val="24"/>
              </w:rPr>
            </w:pPr>
            <w:r w:rsidRPr="00175BE1">
              <w:rPr>
                <w:rFonts w:ascii="Times New Roman" w:hAnsi="Times New Roman"/>
                <w:color w:val="000000"/>
                <w:sz w:val="16"/>
                <w:szCs w:val="24"/>
              </w:rPr>
              <w:t xml:space="preserve">Act de </w:t>
            </w:r>
            <w:proofErr w:type="spellStart"/>
            <w:r w:rsidRPr="00175BE1">
              <w:rPr>
                <w:rFonts w:ascii="Times New Roman" w:hAnsi="Times New Roman"/>
                <w:color w:val="000000"/>
                <w:sz w:val="16"/>
                <w:szCs w:val="24"/>
              </w:rPr>
              <w:t>identitate</w:t>
            </w:r>
            <w:proofErr w:type="spellEnd"/>
          </w:p>
        </w:tc>
      </w:tr>
      <w:tr w:rsidR="00794A72" w:rsidRPr="00175BE1" w14:paraId="6C1D5F95" w14:textId="77777777" w:rsidTr="00623881">
        <w:trPr>
          <w:trHeight w:val="541"/>
          <w:jc w:val="center"/>
        </w:trPr>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56CD960"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Seria</w:t>
            </w:r>
          </w:p>
        </w:tc>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BDC0726"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Numărul</w:t>
            </w:r>
          </w:p>
        </w:tc>
        <w:tc>
          <w:tcPr>
            <w:tcW w:w="4560" w:type="dxa"/>
            <w:gridSpan w:val="5"/>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30B1D64"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Eliberat de</w:t>
            </w:r>
          </w:p>
        </w:tc>
        <w:tc>
          <w:tcPr>
            <w:tcW w:w="2736"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C733DF8"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La data</w:t>
            </w:r>
          </w:p>
        </w:tc>
      </w:tr>
      <w:tr w:rsidR="00794A72" w:rsidRPr="00175BE1" w14:paraId="262CC590" w14:textId="77777777" w:rsidTr="00623881">
        <w:trPr>
          <w:trHeight w:val="408"/>
          <w:jc w:val="center"/>
        </w:trPr>
        <w:tc>
          <w:tcPr>
            <w:tcW w:w="10944" w:type="dxa"/>
            <w:gridSpan w:val="9"/>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DE8C726" w14:textId="77777777" w:rsidR="00794A72" w:rsidRPr="00175BE1" w:rsidRDefault="00666F62">
            <w:pPr>
              <w:spacing w:after="0" w:line="240" w:lineRule="auto"/>
              <w:rPr>
                <w:sz w:val="24"/>
                <w:szCs w:val="24"/>
              </w:rPr>
            </w:pPr>
            <w:proofErr w:type="spellStart"/>
            <w:r w:rsidRPr="00175BE1">
              <w:rPr>
                <w:rFonts w:ascii="Times New Roman" w:hAnsi="Times New Roman"/>
                <w:color w:val="000000"/>
                <w:sz w:val="16"/>
                <w:szCs w:val="24"/>
              </w:rPr>
              <w:t>Domiciliul</w:t>
            </w:r>
            <w:proofErr w:type="spellEnd"/>
          </w:p>
        </w:tc>
      </w:tr>
      <w:tr w:rsidR="00794A72" w:rsidRPr="00175BE1" w14:paraId="0D2C1E47" w14:textId="77777777" w:rsidTr="00623881">
        <w:trPr>
          <w:trHeight w:val="399"/>
          <w:jc w:val="center"/>
        </w:trPr>
        <w:tc>
          <w:tcPr>
            <w:tcW w:w="3648"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EA3E71A" w14:textId="77777777" w:rsidR="00794A72" w:rsidRPr="00175BE1" w:rsidRDefault="00666F62">
            <w:pPr>
              <w:spacing w:after="0" w:line="240" w:lineRule="auto"/>
              <w:rPr>
                <w:sz w:val="24"/>
                <w:szCs w:val="24"/>
              </w:rPr>
            </w:pPr>
            <w:proofErr w:type="spellStart"/>
            <w:r w:rsidRPr="00175BE1">
              <w:rPr>
                <w:rFonts w:ascii="Times New Roman" w:hAnsi="Times New Roman"/>
                <w:b/>
                <w:color w:val="004682"/>
                <w:sz w:val="18"/>
                <w:szCs w:val="24"/>
              </w:rPr>
              <w:t>Județul</w:t>
            </w:r>
            <w:proofErr w:type="spellEnd"/>
          </w:p>
        </w:tc>
        <w:tc>
          <w:tcPr>
            <w:tcW w:w="3648" w:type="dxa"/>
            <w:gridSpan w:val="4"/>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0E5965B"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Municipiul / orașul / comuna</w:t>
            </w:r>
          </w:p>
        </w:tc>
        <w:tc>
          <w:tcPr>
            <w:tcW w:w="3648" w:type="dxa"/>
            <w:gridSpan w:val="3"/>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2C5E697"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Satul / sectorul</w:t>
            </w:r>
          </w:p>
        </w:tc>
      </w:tr>
      <w:tr w:rsidR="00794A72" w:rsidRPr="00175BE1" w14:paraId="22DD350E" w14:textId="77777777" w:rsidTr="00623881">
        <w:trPr>
          <w:trHeight w:val="405"/>
          <w:jc w:val="center"/>
        </w:trPr>
        <w:tc>
          <w:tcPr>
            <w:tcW w:w="3648"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70924116"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Strada</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5D7EB25"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Nr.</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3764B18D"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Sc.</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CFC3029"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Et.</w:t>
            </w:r>
          </w:p>
        </w:tc>
        <w:tc>
          <w:tcPr>
            <w:tcW w:w="912"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61D068BD"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Ap.</w:t>
            </w:r>
          </w:p>
        </w:tc>
        <w:tc>
          <w:tcPr>
            <w:tcW w:w="1824" w:type="dxa"/>
            <w:gridSpan w:val="2"/>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34EFE51"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Cod poștal</w:t>
            </w:r>
          </w:p>
        </w:tc>
        <w:tc>
          <w:tcPr>
            <w:tcW w:w="182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87F333B"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Țara</w:t>
            </w:r>
          </w:p>
        </w:tc>
      </w:tr>
      <w:tr w:rsidR="00794A72" w:rsidRPr="00175BE1" w14:paraId="74568C3F" w14:textId="77777777" w:rsidTr="00623881">
        <w:trPr>
          <w:trHeight w:val="411"/>
          <w:jc w:val="center"/>
        </w:trPr>
        <w:tc>
          <w:tcPr>
            <w:tcW w:w="5472" w:type="dxa"/>
            <w:gridSpan w:val="4"/>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1B490CAA" w14:textId="77777777" w:rsidR="00794A72" w:rsidRPr="00175BE1" w:rsidRDefault="00666F62">
            <w:pPr>
              <w:spacing w:after="0" w:line="240" w:lineRule="auto"/>
              <w:rPr>
                <w:sz w:val="24"/>
                <w:szCs w:val="24"/>
              </w:rPr>
            </w:pPr>
            <w:proofErr w:type="spellStart"/>
            <w:r w:rsidRPr="00175BE1">
              <w:rPr>
                <w:rFonts w:ascii="Times New Roman" w:hAnsi="Times New Roman"/>
                <w:b/>
                <w:color w:val="004682"/>
                <w:sz w:val="18"/>
                <w:szCs w:val="24"/>
              </w:rPr>
              <w:t>Telefon</w:t>
            </w:r>
            <w:proofErr w:type="spellEnd"/>
            <w:r w:rsidRPr="00175BE1">
              <w:rPr>
                <w:rFonts w:ascii="Times New Roman" w:hAnsi="Times New Roman"/>
                <w:b/>
                <w:color w:val="004682"/>
                <w:sz w:val="18"/>
                <w:szCs w:val="24"/>
              </w:rPr>
              <w:t xml:space="preserve"> / fax</w:t>
            </w:r>
          </w:p>
        </w:tc>
        <w:tc>
          <w:tcPr>
            <w:tcW w:w="5472" w:type="dxa"/>
            <w:gridSpan w:val="5"/>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5C77A089"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E-mail</w:t>
            </w:r>
          </w:p>
        </w:tc>
      </w:tr>
    </w:tbl>
    <w:p w14:paraId="374F3CFB"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4560"/>
        <w:gridCol w:w="912"/>
        <w:gridCol w:w="912"/>
        <w:gridCol w:w="912"/>
        <w:gridCol w:w="912"/>
        <w:gridCol w:w="1824"/>
        <w:gridCol w:w="912"/>
      </w:tblGrid>
      <w:tr w:rsidR="00794A72" w:rsidRPr="005D2653" w14:paraId="29082071" w14:textId="77777777">
        <w:trPr>
          <w:jc w:val="center"/>
        </w:trPr>
        <w:tc>
          <w:tcPr>
            <w:tcW w:w="10944" w:type="dxa"/>
            <w:gridSpan w:val="7"/>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75E338D4" w14:textId="77777777" w:rsidR="00794A72" w:rsidRPr="005D2653" w:rsidRDefault="00666F62">
            <w:pPr>
              <w:spacing w:before="10" w:after="10" w:line="240" w:lineRule="auto"/>
              <w:rPr>
                <w:sz w:val="18"/>
                <w:szCs w:val="24"/>
              </w:rPr>
            </w:pPr>
            <w:r w:rsidRPr="005D2653">
              <w:rPr>
                <w:rFonts w:ascii="Times New Roman" w:hAnsi="Times New Roman"/>
                <w:b/>
                <w:sz w:val="18"/>
                <w:szCs w:val="24"/>
              </w:rPr>
              <w:t>2. BENEFICIAR AL</w:t>
            </w:r>
          </w:p>
        </w:tc>
      </w:tr>
      <w:tr w:rsidR="00794A72" w:rsidRPr="005D2653" w14:paraId="75675EE1" w14:textId="77777777">
        <w:trPr>
          <w:jc w:val="center"/>
        </w:trPr>
        <w:tc>
          <w:tcPr>
            <w:tcW w:w="10944" w:type="dxa"/>
            <w:gridSpan w:val="7"/>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7D1599B" w14:textId="77777777" w:rsidR="00794A72" w:rsidRPr="005D2653" w:rsidRDefault="00666F62">
            <w:pPr>
              <w:spacing w:after="10" w:line="240" w:lineRule="auto"/>
              <w:rPr>
                <w:sz w:val="18"/>
                <w:szCs w:val="24"/>
              </w:rPr>
            </w:pPr>
            <w:r w:rsidRPr="005D2653">
              <w:rPr>
                <w:rFonts w:ascii="Times New Roman" w:hAnsi="Times New Roman"/>
                <w:sz w:val="18"/>
                <w:szCs w:val="24"/>
              </w:rPr>
              <w:t>☐ Documentației de amenajare a teritoriului / documentației de urbanism, pentru care se solicită analizarea și promovarea spre aprobare, având denumirea:</w:t>
            </w:r>
            <w:r w:rsidRPr="005D2653">
              <w:rPr>
                <w:rFonts w:ascii="Times New Roman" w:hAnsi="Times New Roman"/>
                <w:sz w:val="18"/>
                <w:szCs w:val="24"/>
              </w:rPr>
              <w:br/>
              <w:t>...........................................................................................................................................................................................................</w:t>
            </w:r>
            <w:r w:rsidRPr="005D2653">
              <w:rPr>
                <w:rFonts w:ascii="Times New Roman" w:hAnsi="Times New Roman"/>
                <w:sz w:val="18"/>
                <w:szCs w:val="24"/>
              </w:rPr>
              <w:br/>
              <w:t>☐ Investiției, pentru care se solicită emiterea autorizației de construire / desființare / organizare de șantier</w:t>
            </w:r>
            <w:r w:rsidRPr="005D2653">
              <w:rPr>
                <w:rFonts w:ascii="Times New Roman" w:hAnsi="Times New Roman"/>
                <w:sz w:val="18"/>
                <w:szCs w:val="24"/>
              </w:rPr>
              <w:br/>
            </w:r>
            <w:r w:rsidRPr="005D2653">
              <w:rPr>
                <w:rFonts w:ascii="Times New Roman" w:hAnsi="Times New Roman"/>
                <w:sz w:val="18"/>
                <w:szCs w:val="24"/>
              </w:rPr>
              <w:br/>
              <w:t>___________________________________________________________________________________________________</w:t>
            </w:r>
          </w:p>
        </w:tc>
      </w:tr>
      <w:tr w:rsidR="00794A72" w:rsidRPr="005D2653" w14:paraId="3F02990F" w14:textId="77777777">
        <w:trPr>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AFDA32"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în baza Certificatului de urbanism nr.</w:t>
            </w:r>
          </w:p>
        </w:tc>
        <w:tc>
          <w:tcPr>
            <w:tcW w:w="2736" w:type="dxa"/>
            <w:gridSpan w:val="3"/>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0A527EC4"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din data de</w:t>
            </w:r>
          </w:p>
        </w:tc>
        <w:tc>
          <w:tcPr>
            <w:tcW w:w="3648" w:type="dxa"/>
            <w:gridSpan w:val="3"/>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D5ED70"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emis de</w:t>
            </w:r>
          </w:p>
        </w:tc>
      </w:tr>
      <w:tr w:rsidR="00794A72" w:rsidRPr="005D2653" w14:paraId="399F2F2A" w14:textId="77777777" w:rsidTr="00946EDB">
        <w:trPr>
          <w:trHeight w:val="402"/>
          <w:jc w:val="center"/>
        </w:trPr>
        <w:tc>
          <w:tcPr>
            <w:tcW w:w="10944" w:type="dxa"/>
            <w:gridSpan w:val="7"/>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1B6B734" w14:textId="77777777" w:rsidR="00794A72" w:rsidRPr="005D2653" w:rsidRDefault="00666F62">
            <w:pPr>
              <w:spacing w:after="0" w:line="240" w:lineRule="auto"/>
              <w:rPr>
                <w:b/>
                <w:bCs/>
                <w:sz w:val="18"/>
                <w:szCs w:val="24"/>
              </w:rPr>
            </w:pPr>
            <w:proofErr w:type="spellStart"/>
            <w:r w:rsidRPr="005D2653">
              <w:rPr>
                <w:rFonts w:ascii="Times New Roman" w:hAnsi="Times New Roman"/>
                <w:b/>
                <w:bCs/>
                <w:color w:val="000000"/>
                <w:sz w:val="18"/>
                <w:szCs w:val="24"/>
              </w:rPr>
              <w:t>având</w:t>
            </w:r>
            <w:proofErr w:type="spellEnd"/>
            <w:r w:rsidRPr="005D2653">
              <w:rPr>
                <w:rFonts w:ascii="Times New Roman" w:hAnsi="Times New Roman"/>
                <w:b/>
                <w:bCs/>
                <w:color w:val="000000"/>
                <w:sz w:val="18"/>
                <w:szCs w:val="24"/>
              </w:rPr>
              <w:t xml:space="preserve"> ca </w:t>
            </w:r>
            <w:proofErr w:type="spellStart"/>
            <w:r w:rsidRPr="005D2653">
              <w:rPr>
                <w:rFonts w:ascii="Times New Roman" w:hAnsi="Times New Roman"/>
                <w:b/>
                <w:bCs/>
                <w:color w:val="000000"/>
                <w:sz w:val="18"/>
                <w:szCs w:val="24"/>
              </w:rPr>
              <w:t>amplasament</w:t>
            </w:r>
            <w:proofErr w:type="spellEnd"/>
            <w:r w:rsidRPr="005D2653">
              <w:rPr>
                <w:rFonts w:ascii="Times New Roman" w:hAnsi="Times New Roman"/>
                <w:b/>
                <w:bCs/>
                <w:color w:val="000000"/>
                <w:sz w:val="18"/>
                <w:szCs w:val="24"/>
              </w:rPr>
              <w:t xml:space="preserve"> </w:t>
            </w:r>
            <w:proofErr w:type="spellStart"/>
            <w:r w:rsidRPr="005D2653">
              <w:rPr>
                <w:rFonts w:ascii="Times New Roman" w:hAnsi="Times New Roman"/>
                <w:b/>
                <w:bCs/>
                <w:color w:val="000000"/>
                <w:sz w:val="18"/>
                <w:szCs w:val="24"/>
              </w:rPr>
              <w:t>imobilul</w:t>
            </w:r>
            <w:proofErr w:type="spellEnd"/>
            <w:r w:rsidRPr="005D2653">
              <w:rPr>
                <w:rFonts w:ascii="Times New Roman" w:hAnsi="Times New Roman"/>
                <w:b/>
                <w:bCs/>
                <w:color w:val="000000"/>
                <w:sz w:val="18"/>
                <w:szCs w:val="24"/>
              </w:rPr>
              <w:t xml:space="preserve"> (teren și/sau construcții), situat în:</w:t>
            </w:r>
          </w:p>
        </w:tc>
      </w:tr>
      <w:tr w:rsidR="00794A72" w:rsidRPr="005D2653" w14:paraId="634EC161" w14:textId="77777777" w:rsidTr="00946EDB">
        <w:trPr>
          <w:trHeight w:val="408"/>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AE13FF7" w14:textId="77777777" w:rsidR="00794A72" w:rsidRPr="005D2653" w:rsidRDefault="00666F62">
            <w:pPr>
              <w:spacing w:after="0" w:line="240" w:lineRule="auto"/>
              <w:rPr>
                <w:sz w:val="18"/>
                <w:szCs w:val="24"/>
              </w:rPr>
            </w:pPr>
            <w:proofErr w:type="spellStart"/>
            <w:r w:rsidRPr="005D2653">
              <w:rPr>
                <w:rFonts w:ascii="Times New Roman" w:hAnsi="Times New Roman"/>
                <w:b/>
                <w:color w:val="004682"/>
                <w:sz w:val="18"/>
                <w:szCs w:val="24"/>
              </w:rPr>
              <w:t>Județul</w:t>
            </w:r>
            <w:proofErr w:type="spellEnd"/>
          </w:p>
        </w:tc>
        <w:tc>
          <w:tcPr>
            <w:tcW w:w="3648" w:type="dxa"/>
            <w:gridSpan w:val="4"/>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E5FBB2D"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Municipiul / orașul / comuna</w:t>
            </w:r>
          </w:p>
        </w:tc>
        <w:tc>
          <w:tcPr>
            <w:tcW w:w="2736" w:type="dxa"/>
            <w:gridSpan w:val="2"/>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99C7C05"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Satul / sectorul</w:t>
            </w:r>
          </w:p>
        </w:tc>
      </w:tr>
      <w:tr w:rsidR="00794A72" w:rsidRPr="005D2653" w14:paraId="63F5B425" w14:textId="77777777" w:rsidTr="00946EDB">
        <w:trPr>
          <w:trHeight w:val="401"/>
          <w:jc w:val="center"/>
        </w:trPr>
        <w:tc>
          <w:tcPr>
            <w:tcW w:w="4560"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F5D7FDA"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Strada</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20FEB154"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Nr.</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5E5A2E7"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Sc.</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5A76B62"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Et.</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2CF64EB"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Ap.</w:t>
            </w:r>
          </w:p>
        </w:tc>
        <w:tc>
          <w:tcPr>
            <w:tcW w:w="182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95F6ECE"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Cod poștal</w:t>
            </w:r>
          </w:p>
        </w:tc>
        <w:tc>
          <w:tcPr>
            <w:tcW w:w="912"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2A89CF"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Țara</w:t>
            </w:r>
          </w:p>
        </w:tc>
      </w:tr>
      <w:tr w:rsidR="00794A72" w:rsidRPr="005D2653" w14:paraId="00036F2D" w14:textId="77777777" w:rsidTr="00946EDB">
        <w:trPr>
          <w:trHeight w:val="421"/>
          <w:jc w:val="center"/>
        </w:trPr>
        <w:tc>
          <w:tcPr>
            <w:tcW w:w="5472" w:type="dxa"/>
            <w:gridSpan w:val="2"/>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640CE9A6"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 xml:space="preserve">Cartea </w:t>
            </w:r>
            <w:proofErr w:type="spellStart"/>
            <w:r w:rsidRPr="005D2653">
              <w:rPr>
                <w:rFonts w:ascii="Times New Roman" w:hAnsi="Times New Roman"/>
                <w:b/>
                <w:color w:val="004682"/>
                <w:sz w:val="18"/>
                <w:szCs w:val="24"/>
              </w:rPr>
              <w:t>funciară</w:t>
            </w:r>
            <w:proofErr w:type="spellEnd"/>
            <w:r w:rsidRPr="005D2653">
              <w:rPr>
                <w:rFonts w:ascii="Times New Roman" w:hAnsi="Times New Roman"/>
                <w:b/>
                <w:color w:val="004682"/>
                <w:sz w:val="18"/>
                <w:szCs w:val="24"/>
              </w:rPr>
              <w:t xml:space="preserve"> nr.</w:t>
            </w:r>
          </w:p>
        </w:tc>
        <w:tc>
          <w:tcPr>
            <w:tcW w:w="5472" w:type="dxa"/>
            <w:gridSpan w:val="5"/>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5E6C68F5" w14:textId="77777777" w:rsidR="00794A72" w:rsidRPr="005D2653" w:rsidRDefault="00666F62">
            <w:pPr>
              <w:spacing w:after="0" w:line="240" w:lineRule="auto"/>
              <w:rPr>
                <w:sz w:val="18"/>
                <w:szCs w:val="24"/>
              </w:rPr>
            </w:pPr>
            <w:r w:rsidRPr="005D2653">
              <w:rPr>
                <w:rFonts w:ascii="Times New Roman" w:hAnsi="Times New Roman"/>
                <w:b/>
                <w:color w:val="004682"/>
                <w:sz w:val="18"/>
                <w:szCs w:val="24"/>
              </w:rPr>
              <w:t>Nr. cadastral</w:t>
            </w:r>
          </w:p>
        </w:tc>
      </w:tr>
    </w:tbl>
    <w:p w14:paraId="1ECCC19B"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794A72" w:rsidRPr="003A1D03" w14:paraId="24842212"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4" w:type="dxa"/>
              <w:left w:w="30" w:type="dxa"/>
              <w:bottom w:w="4" w:type="dxa"/>
              <w:right w:w="30" w:type="dxa"/>
            </w:tcMar>
          </w:tcPr>
          <w:p w14:paraId="302C09E3" w14:textId="77777777" w:rsidR="00794A72" w:rsidRPr="003A1D03" w:rsidRDefault="00666F62">
            <w:pPr>
              <w:spacing w:before="10" w:after="10" w:line="240" w:lineRule="auto"/>
              <w:rPr>
                <w:sz w:val="20"/>
                <w:szCs w:val="28"/>
              </w:rPr>
            </w:pPr>
            <w:r w:rsidRPr="003A1D03">
              <w:rPr>
                <w:rFonts w:ascii="Times New Roman" w:hAnsi="Times New Roman"/>
                <w:b/>
                <w:sz w:val="20"/>
                <w:szCs w:val="28"/>
              </w:rPr>
              <w:t>3. DECLAR PE PROPRIE RĂSPUNDERE</w:t>
            </w:r>
          </w:p>
        </w:tc>
      </w:tr>
      <w:tr w:rsidR="00794A72" w:rsidRPr="003A1D03" w14:paraId="514D07EB"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C1BCB23" w14:textId="77777777" w:rsidR="00794A72" w:rsidRPr="003A1D03" w:rsidRDefault="00666F62">
            <w:pPr>
              <w:spacing w:after="10" w:line="240" w:lineRule="auto"/>
              <w:rPr>
                <w:sz w:val="20"/>
                <w:szCs w:val="28"/>
              </w:rPr>
            </w:pPr>
            <w:r w:rsidRPr="003A1D03">
              <w:rPr>
                <w:rFonts w:ascii="Times New Roman" w:hAnsi="Times New Roman"/>
                <w:i/>
                <w:sz w:val="20"/>
                <w:szCs w:val="28"/>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 Amenajării Teritoriului, Urbanismului și Construcțiilor nu au fost primite de la emitent / emitenți, în condițiile legii:</w:t>
            </w:r>
          </w:p>
        </w:tc>
      </w:tr>
      <w:tr w:rsidR="00794A72" w:rsidRPr="003A1D03" w14:paraId="0DCFF199"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1335B0E5" w14:textId="77777777" w:rsidR="00794A72" w:rsidRPr="003A1D03" w:rsidRDefault="00666F62">
            <w:pPr>
              <w:spacing w:after="10" w:line="240" w:lineRule="auto"/>
              <w:rPr>
                <w:sz w:val="20"/>
                <w:szCs w:val="28"/>
              </w:rPr>
            </w:pPr>
            <w:r w:rsidRPr="003A1D03">
              <w:rPr>
                <w:rFonts w:ascii="Times New Roman" w:hAnsi="Times New Roman"/>
                <w:sz w:val="20"/>
                <w:szCs w:val="28"/>
              </w:rPr>
              <w:t>☐ nicio solicitare de clarificare, completare sau modificare</w:t>
            </w:r>
          </w:p>
        </w:tc>
      </w:tr>
      <w:tr w:rsidR="00794A72" w:rsidRPr="003A1D03" w14:paraId="6F0BF09E"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743B18" w14:textId="77777777" w:rsidR="00794A72" w:rsidRPr="003A1D03" w:rsidRDefault="00666F62">
            <w:pPr>
              <w:spacing w:after="10" w:line="240" w:lineRule="auto"/>
              <w:rPr>
                <w:sz w:val="20"/>
                <w:szCs w:val="28"/>
              </w:rPr>
            </w:pPr>
            <w:r w:rsidRPr="003A1D03">
              <w:rPr>
                <w:rFonts w:ascii="Times New Roman" w:hAnsi="Times New Roman"/>
                <w:sz w:val="20"/>
                <w:szCs w:val="28"/>
              </w:rPr>
              <w:t>☐ niciun aviz sau acord cu sau fără condiții</w:t>
            </w:r>
          </w:p>
        </w:tc>
      </w:tr>
      <w:tr w:rsidR="00794A72" w:rsidRPr="003A1D03" w14:paraId="75A95D3F"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381AC2A1" w14:textId="77777777" w:rsidR="00794A72" w:rsidRPr="003A1D03" w:rsidRDefault="00666F62">
            <w:pPr>
              <w:spacing w:after="10" w:line="240" w:lineRule="auto"/>
              <w:rPr>
                <w:sz w:val="20"/>
                <w:szCs w:val="28"/>
              </w:rPr>
            </w:pPr>
            <w:r w:rsidRPr="003A1D03">
              <w:rPr>
                <w:rFonts w:ascii="Times New Roman" w:hAnsi="Times New Roman"/>
                <w:sz w:val="20"/>
                <w:szCs w:val="28"/>
              </w:rPr>
              <w:t>☐ nicio adresă de respingere</w:t>
            </w:r>
          </w:p>
        </w:tc>
      </w:tr>
      <w:tr w:rsidR="00794A72" w:rsidRPr="003A1D03" w14:paraId="14B780A8"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4" w:type="dxa"/>
              <w:left w:w="30" w:type="dxa"/>
              <w:bottom w:w="4" w:type="dxa"/>
              <w:right w:w="30" w:type="dxa"/>
            </w:tcMar>
          </w:tcPr>
          <w:p w14:paraId="7D6B3404" w14:textId="77777777" w:rsidR="00794A72" w:rsidRPr="003A1D03" w:rsidRDefault="00666F62">
            <w:pPr>
              <w:spacing w:after="10" w:line="240" w:lineRule="auto"/>
              <w:rPr>
                <w:sz w:val="20"/>
                <w:szCs w:val="28"/>
              </w:rPr>
            </w:pPr>
            <w:r w:rsidRPr="003A1D03">
              <w:rPr>
                <w:rFonts w:ascii="Times New Roman" w:hAnsi="Times New Roman"/>
                <w:i/>
                <w:sz w:val="20"/>
                <w:szCs w:val="28"/>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5ECF629A" w14:textId="77777777" w:rsidR="00794A72" w:rsidRPr="00175BE1" w:rsidRDefault="00666F62">
      <w:pPr>
        <w:rPr>
          <w:sz w:val="24"/>
          <w:szCs w:val="24"/>
        </w:rPr>
      </w:pPr>
      <w:r w:rsidRPr="00175BE1">
        <w:rPr>
          <w:sz w:val="24"/>
          <w:szCs w:val="24"/>
        </w:rPr>
        <w:br w:type="page"/>
      </w:r>
    </w:p>
    <w:tbl>
      <w:tblPr>
        <w:tblW w:w="0" w:type="auto"/>
        <w:jc w:val="center"/>
        <w:tblLayout w:type="fixed"/>
        <w:tblLook w:val="04A0" w:firstRow="1" w:lastRow="0" w:firstColumn="1" w:lastColumn="0" w:noHBand="0" w:noVBand="1"/>
      </w:tblPr>
      <w:tblGrid>
        <w:gridCol w:w="864"/>
        <w:gridCol w:w="2592"/>
        <w:gridCol w:w="2880"/>
        <w:gridCol w:w="2304"/>
        <w:gridCol w:w="2304"/>
      </w:tblGrid>
      <w:tr w:rsidR="00794A72" w:rsidRPr="00175BE1" w14:paraId="7B98E1E1" w14:textId="77777777">
        <w:trPr>
          <w:jc w:val="center"/>
        </w:trPr>
        <w:tc>
          <w:tcPr>
            <w:tcW w:w="2304" w:type="dxa"/>
            <w:gridSpan w:val="5"/>
            <w:tcBorders>
              <w:top w:val="single" w:sz="4" w:space="0" w:color="808080"/>
              <w:left w:val="single" w:sz="4" w:space="0" w:color="808080"/>
              <w:bottom w:val="single" w:sz="4" w:space="0" w:color="808080"/>
              <w:right w:val="single" w:sz="4" w:space="0" w:color="808080"/>
            </w:tcBorders>
            <w:shd w:val="clear" w:color="auto" w:fill="EBEBEB"/>
            <w:tcMar>
              <w:top w:w="6" w:type="dxa"/>
              <w:left w:w="20" w:type="dxa"/>
              <w:bottom w:w="6" w:type="dxa"/>
              <w:right w:w="20" w:type="dxa"/>
            </w:tcMar>
          </w:tcPr>
          <w:p w14:paraId="5506A947" w14:textId="77777777" w:rsidR="00794A72" w:rsidRPr="00175BE1" w:rsidRDefault="00666F62">
            <w:pPr>
              <w:spacing w:before="10" w:after="10" w:line="240" w:lineRule="auto"/>
              <w:rPr>
                <w:sz w:val="24"/>
                <w:szCs w:val="24"/>
              </w:rPr>
            </w:pPr>
            <w:r w:rsidRPr="00175BE1">
              <w:rPr>
                <w:rFonts w:ascii="Times New Roman" w:hAnsi="Times New Roman"/>
                <w:b/>
                <w:sz w:val="18"/>
                <w:szCs w:val="24"/>
              </w:rPr>
              <w:lastRenderedPageBreak/>
              <w:t>4. AVIZELE / ACORDURILE PENTRU CARE SE INVOCĂ APROBAREA TACITĂ</w:t>
            </w:r>
          </w:p>
        </w:tc>
      </w:tr>
      <w:tr w:rsidR="00794A72" w:rsidRPr="00175BE1" w14:paraId="7D422863"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31E73D1"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Nr. crt.</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24DF52A"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Avizul / acordul</w:t>
            </w:r>
            <w:r w:rsidRPr="00175BE1">
              <w:rPr>
                <w:rFonts w:ascii="Times New Roman" w:hAnsi="Times New Roman"/>
                <w:b/>
                <w:color w:val="004682"/>
                <w:sz w:val="18"/>
                <w:szCs w:val="24"/>
              </w:rPr>
              <w:br/>
              <w:t>solicitat</w:t>
            </w: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73C316BC"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Instituția / entitatea de la care s-a</w:t>
            </w:r>
            <w:r w:rsidRPr="00175BE1">
              <w:rPr>
                <w:rFonts w:ascii="Times New Roman" w:hAnsi="Times New Roman"/>
                <w:b/>
                <w:color w:val="004682"/>
                <w:sz w:val="18"/>
                <w:szCs w:val="24"/>
              </w:rPr>
              <w:br/>
              <w:t>solicitat</w:t>
            </w: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E4C1945"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Dată și nr.</w:t>
            </w:r>
            <w:r w:rsidRPr="00175BE1">
              <w:rPr>
                <w:rFonts w:ascii="Times New Roman" w:hAnsi="Times New Roman"/>
                <w:b/>
                <w:color w:val="004682"/>
                <w:sz w:val="18"/>
                <w:szCs w:val="24"/>
              </w:rPr>
              <w:br/>
              <w:t>înregistrare solicitare</w:t>
            </w: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68721FFD"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Dată și nr. depunere</w:t>
            </w:r>
            <w:r w:rsidRPr="00175BE1">
              <w:rPr>
                <w:rFonts w:ascii="Times New Roman" w:hAnsi="Times New Roman"/>
                <w:b/>
                <w:color w:val="004682"/>
                <w:sz w:val="18"/>
                <w:szCs w:val="24"/>
              </w:rPr>
              <w:br/>
              <w:t>răspuns la clarificări</w:t>
            </w:r>
            <w:r w:rsidRPr="00175BE1">
              <w:rPr>
                <w:rFonts w:ascii="Times New Roman" w:hAnsi="Times New Roman"/>
                <w:b/>
                <w:color w:val="004682"/>
                <w:sz w:val="18"/>
                <w:szCs w:val="24"/>
              </w:rPr>
              <w:br/>
              <w:t>Data împlinirii</w:t>
            </w:r>
            <w:r w:rsidRPr="00175BE1">
              <w:rPr>
                <w:rFonts w:ascii="Times New Roman" w:hAnsi="Times New Roman"/>
                <w:b/>
                <w:color w:val="004682"/>
                <w:sz w:val="18"/>
                <w:szCs w:val="24"/>
              </w:rPr>
              <w:br/>
              <w:t>termenului</w:t>
            </w:r>
          </w:p>
        </w:tc>
      </w:tr>
      <w:tr w:rsidR="00794A72" w:rsidRPr="00175BE1" w14:paraId="77D3DDEA"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6E146B5A" w14:textId="77777777" w:rsidR="00794A72" w:rsidRPr="00175BE1" w:rsidRDefault="00666F62">
            <w:pPr>
              <w:spacing w:after="10" w:line="240" w:lineRule="auto"/>
              <w:jc w:val="center"/>
              <w:rPr>
                <w:sz w:val="24"/>
                <w:szCs w:val="24"/>
              </w:rPr>
            </w:pPr>
            <w:r w:rsidRPr="00175BE1">
              <w:rPr>
                <w:rFonts w:ascii="Times New Roman" w:hAnsi="Times New Roman"/>
                <w:sz w:val="18"/>
                <w:szCs w:val="24"/>
              </w:rPr>
              <w:t>1</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2067529C"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6D8E857"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A5617E4"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3DF47D8" w14:textId="77777777" w:rsidR="00794A72" w:rsidRPr="00175BE1" w:rsidRDefault="00794A72">
            <w:pPr>
              <w:rPr>
                <w:sz w:val="24"/>
                <w:szCs w:val="24"/>
              </w:rPr>
            </w:pPr>
          </w:p>
        </w:tc>
      </w:tr>
      <w:tr w:rsidR="00794A72" w:rsidRPr="00175BE1" w14:paraId="6D28A177"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5F55FE8" w14:textId="77777777" w:rsidR="00794A72" w:rsidRPr="00175BE1" w:rsidRDefault="00666F62">
            <w:pPr>
              <w:spacing w:after="10" w:line="240" w:lineRule="auto"/>
              <w:jc w:val="center"/>
              <w:rPr>
                <w:sz w:val="24"/>
                <w:szCs w:val="24"/>
              </w:rPr>
            </w:pPr>
            <w:r w:rsidRPr="00175BE1">
              <w:rPr>
                <w:rFonts w:ascii="Times New Roman" w:hAnsi="Times New Roman"/>
                <w:sz w:val="18"/>
                <w:szCs w:val="24"/>
              </w:rPr>
              <w:t>2</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016D118A"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50468ED5"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DE267F5"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1BAFA7F" w14:textId="77777777" w:rsidR="00794A72" w:rsidRPr="00175BE1" w:rsidRDefault="00794A72">
            <w:pPr>
              <w:rPr>
                <w:sz w:val="24"/>
                <w:szCs w:val="24"/>
              </w:rPr>
            </w:pPr>
          </w:p>
        </w:tc>
      </w:tr>
      <w:tr w:rsidR="00794A72" w:rsidRPr="00175BE1" w14:paraId="65852CE0"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AC74F6F" w14:textId="77777777" w:rsidR="00794A72" w:rsidRPr="00175BE1" w:rsidRDefault="00666F62">
            <w:pPr>
              <w:spacing w:after="10" w:line="240" w:lineRule="auto"/>
              <w:jc w:val="center"/>
              <w:rPr>
                <w:sz w:val="24"/>
                <w:szCs w:val="24"/>
              </w:rPr>
            </w:pPr>
            <w:r w:rsidRPr="00175BE1">
              <w:rPr>
                <w:rFonts w:ascii="Times New Roman" w:hAnsi="Times New Roman"/>
                <w:sz w:val="18"/>
                <w:szCs w:val="24"/>
              </w:rPr>
              <w:t>3</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5B3F433E"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25038D46"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44F718D"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6C3EDC3" w14:textId="77777777" w:rsidR="00794A72" w:rsidRPr="00175BE1" w:rsidRDefault="00794A72">
            <w:pPr>
              <w:rPr>
                <w:sz w:val="24"/>
                <w:szCs w:val="24"/>
              </w:rPr>
            </w:pPr>
          </w:p>
        </w:tc>
      </w:tr>
      <w:tr w:rsidR="00794A72" w:rsidRPr="00175BE1" w14:paraId="5403AEB5" w14:textId="77777777">
        <w:trPr>
          <w:jc w:val="center"/>
        </w:trPr>
        <w:tc>
          <w:tcPr>
            <w:tcW w:w="86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411781D0" w14:textId="77777777" w:rsidR="00794A72" w:rsidRPr="00175BE1" w:rsidRDefault="00666F62">
            <w:pPr>
              <w:spacing w:after="10" w:line="240" w:lineRule="auto"/>
              <w:jc w:val="center"/>
              <w:rPr>
                <w:sz w:val="24"/>
                <w:szCs w:val="24"/>
              </w:rPr>
            </w:pPr>
            <w:r w:rsidRPr="00175BE1">
              <w:rPr>
                <w:rFonts w:ascii="Times New Roman" w:hAnsi="Times New Roman"/>
                <w:sz w:val="18"/>
                <w:szCs w:val="24"/>
              </w:rPr>
              <w:t>4</w:t>
            </w:r>
          </w:p>
        </w:tc>
        <w:tc>
          <w:tcPr>
            <w:tcW w:w="2592"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DDBECBE" w14:textId="77777777" w:rsidR="00794A72" w:rsidRPr="00175BE1" w:rsidRDefault="00794A72">
            <w:pPr>
              <w:rPr>
                <w:sz w:val="24"/>
                <w:szCs w:val="24"/>
              </w:rPr>
            </w:pPr>
          </w:p>
        </w:tc>
        <w:tc>
          <w:tcPr>
            <w:tcW w:w="2880"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3916093E"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1D6D6FA9" w14:textId="77777777" w:rsidR="00794A72" w:rsidRPr="00175BE1" w:rsidRDefault="00794A72">
            <w:pPr>
              <w:rPr>
                <w:sz w:val="24"/>
                <w:szCs w:val="24"/>
              </w:rPr>
            </w:pPr>
          </w:p>
        </w:tc>
        <w:tc>
          <w:tcPr>
            <w:tcW w:w="2304" w:type="dxa"/>
            <w:tcBorders>
              <w:top w:val="single" w:sz="4" w:space="0" w:color="808080"/>
              <w:left w:val="single" w:sz="4" w:space="0" w:color="808080"/>
              <w:bottom w:val="single" w:sz="4" w:space="0" w:color="808080"/>
              <w:right w:val="single" w:sz="4" w:space="0" w:color="808080"/>
            </w:tcBorders>
            <w:tcMar>
              <w:top w:w="6" w:type="dxa"/>
              <w:left w:w="20" w:type="dxa"/>
              <w:bottom w:w="6" w:type="dxa"/>
              <w:right w:w="20" w:type="dxa"/>
            </w:tcMar>
          </w:tcPr>
          <w:p w14:paraId="0A615B99" w14:textId="77777777" w:rsidR="00794A72" w:rsidRPr="00175BE1" w:rsidRDefault="00794A72">
            <w:pPr>
              <w:rPr>
                <w:sz w:val="24"/>
                <w:szCs w:val="24"/>
              </w:rPr>
            </w:pPr>
          </w:p>
        </w:tc>
      </w:tr>
    </w:tbl>
    <w:p w14:paraId="2C524373" w14:textId="77777777" w:rsidR="00794A72" w:rsidRPr="00175BE1" w:rsidRDefault="00794A72">
      <w:pPr>
        <w:spacing w:before="20" w:after="0"/>
        <w:rPr>
          <w:sz w:val="24"/>
          <w:szCs w:val="24"/>
        </w:rPr>
      </w:pPr>
    </w:p>
    <w:tbl>
      <w:tblPr>
        <w:tblW w:w="0" w:type="auto"/>
        <w:jc w:val="center"/>
        <w:tblLayout w:type="fixed"/>
        <w:tblLook w:val="04A0" w:firstRow="1" w:lastRow="0" w:firstColumn="1" w:lastColumn="0" w:noHBand="0" w:noVBand="1"/>
      </w:tblPr>
      <w:tblGrid>
        <w:gridCol w:w="10944"/>
      </w:tblGrid>
      <w:tr w:rsidR="00794A72" w:rsidRPr="003A1D03" w14:paraId="70CAC03E" w14:textId="77777777">
        <w:trPr>
          <w:jc w:val="center"/>
        </w:trPr>
        <w:tc>
          <w:tcPr>
            <w:tcW w:w="10944" w:type="dxa"/>
            <w:tcBorders>
              <w:top w:val="single" w:sz="4" w:space="0" w:color="808080"/>
              <w:left w:val="single" w:sz="4" w:space="0" w:color="808080"/>
              <w:bottom w:val="single" w:sz="4" w:space="0" w:color="808080"/>
              <w:right w:val="single" w:sz="4" w:space="0" w:color="808080"/>
            </w:tcBorders>
            <w:shd w:val="clear" w:color="auto" w:fill="EBEBEB"/>
            <w:tcMar>
              <w:top w:w="5" w:type="dxa"/>
              <w:left w:w="30" w:type="dxa"/>
              <w:bottom w:w="5" w:type="dxa"/>
              <w:right w:w="30" w:type="dxa"/>
            </w:tcMar>
          </w:tcPr>
          <w:p w14:paraId="6AF2699E" w14:textId="77777777" w:rsidR="00794A72" w:rsidRPr="003A1D03" w:rsidRDefault="00666F62">
            <w:pPr>
              <w:spacing w:before="10" w:after="10" w:line="240" w:lineRule="auto"/>
              <w:rPr>
                <w:sz w:val="20"/>
                <w:szCs w:val="28"/>
              </w:rPr>
            </w:pPr>
            <w:r w:rsidRPr="003A1D03">
              <w:rPr>
                <w:rFonts w:ascii="Times New Roman" w:hAnsi="Times New Roman"/>
                <w:b/>
                <w:sz w:val="20"/>
                <w:szCs w:val="28"/>
              </w:rPr>
              <w:t>5. ASUMAREA RĂSPUNDERII ȘI CONSIMȚĂMÂNTUL</w:t>
            </w:r>
          </w:p>
        </w:tc>
      </w:tr>
      <w:tr w:rsidR="00794A72" w:rsidRPr="003A1D03" w14:paraId="3C180264"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2D3DEF74" w14:textId="77777777" w:rsidR="00794A72" w:rsidRPr="003A1D03" w:rsidRDefault="00666F62">
            <w:pPr>
              <w:spacing w:after="10" w:line="240" w:lineRule="auto"/>
              <w:rPr>
                <w:sz w:val="20"/>
                <w:szCs w:val="28"/>
              </w:rPr>
            </w:pPr>
            <w:r w:rsidRPr="003A1D03">
              <w:rPr>
                <w:rFonts w:ascii="Times New Roman" w:hAnsi="Times New Roman"/>
                <w:i/>
                <w:sz w:val="20"/>
                <w:szCs w:val="28"/>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 pedepsește conform legii.</w:t>
            </w:r>
          </w:p>
        </w:tc>
      </w:tr>
      <w:tr w:rsidR="00794A72" w:rsidRPr="003A1D03" w14:paraId="7DD72150"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00209A96" w14:textId="473B14C2" w:rsidR="00794A72" w:rsidRPr="003A1D03" w:rsidRDefault="00666F62">
            <w:pPr>
              <w:spacing w:after="10" w:line="240" w:lineRule="auto"/>
              <w:rPr>
                <w:sz w:val="20"/>
                <w:szCs w:val="28"/>
              </w:rPr>
            </w:pPr>
            <w:r w:rsidRPr="003A1D03">
              <w:rPr>
                <w:rFonts w:ascii="Times New Roman" w:hAnsi="Times New Roman"/>
                <w:i/>
                <w:sz w:val="20"/>
                <w:szCs w:val="28"/>
              </w:rPr>
              <w:t xml:space="preserve">Sunt de </w:t>
            </w:r>
            <w:proofErr w:type="spellStart"/>
            <w:r w:rsidRPr="003A1D03">
              <w:rPr>
                <w:rFonts w:ascii="Times New Roman" w:hAnsi="Times New Roman"/>
                <w:i/>
                <w:sz w:val="20"/>
                <w:szCs w:val="28"/>
              </w:rPr>
              <w:t>acord</w:t>
            </w:r>
            <w:proofErr w:type="spellEnd"/>
            <w:r w:rsidRPr="003A1D03">
              <w:rPr>
                <w:rFonts w:ascii="Times New Roman" w:hAnsi="Times New Roman"/>
                <w:i/>
                <w:sz w:val="20"/>
                <w:szCs w:val="28"/>
              </w:rPr>
              <w:t xml:space="preserve"> ca </w:t>
            </w:r>
            <w:r w:rsidR="005E01CE">
              <w:rPr>
                <w:rFonts w:ascii="Times New Roman" w:hAnsi="Times New Roman"/>
                <w:i/>
                <w:sz w:val="20"/>
                <w:szCs w:val="28"/>
              </w:rPr>
              <w:t>Pri</w:t>
            </w:r>
            <w:r w:rsidR="005E01CE">
              <w:rPr>
                <w:rFonts w:ascii="Times New Roman" w:hAnsi="Times New Roman"/>
                <w:i/>
                <w:sz w:val="20"/>
                <w:szCs w:val="28"/>
                <w:lang w:val="ro-RO"/>
              </w:rPr>
              <w:t>măria Municipiului Arad</w:t>
            </w:r>
            <w:r w:rsidRPr="003A1D03">
              <w:rPr>
                <w:rFonts w:ascii="Times New Roman" w:hAnsi="Times New Roman"/>
                <w:i/>
                <w:sz w:val="20"/>
                <w:szCs w:val="28"/>
              </w:rPr>
              <w:t xml:space="preserve">. să prelucreze datele mele cu caracter personal, în conformitate cu prevederile 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w:t>
            </w:r>
            <w:proofErr w:type="spellStart"/>
            <w:r w:rsidRPr="003A1D03">
              <w:rPr>
                <w:rFonts w:ascii="Times New Roman" w:hAnsi="Times New Roman"/>
                <w:i/>
                <w:sz w:val="20"/>
                <w:szCs w:val="28"/>
              </w:rPr>
              <w:t>în</w:t>
            </w:r>
            <w:proofErr w:type="spellEnd"/>
            <w:r w:rsidRPr="003A1D03">
              <w:rPr>
                <w:rFonts w:ascii="Times New Roman" w:hAnsi="Times New Roman"/>
                <w:i/>
                <w:sz w:val="20"/>
                <w:szCs w:val="28"/>
              </w:rPr>
              <w:t xml:space="preserve"> </w:t>
            </w:r>
            <w:proofErr w:type="spellStart"/>
            <w:r w:rsidRPr="003A1D03">
              <w:rPr>
                <w:rFonts w:ascii="Times New Roman" w:hAnsi="Times New Roman"/>
                <w:i/>
                <w:sz w:val="20"/>
                <w:szCs w:val="28"/>
              </w:rPr>
              <w:t>orice</w:t>
            </w:r>
            <w:proofErr w:type="spellEnd"/>
            <w:r w:rsidRPr="003A1D03">
              <w:rPr>
                <w:rFonts w:ascii="Times New Roman" w:hAnsi="Times New Roman"/>
                <w:i/>
                <w:sz w:val="20"/>
                <w:szCs w:val="28"/>
              </w:rPr>
              <w:t xml:space="preserve"> moment, </w:t>
            </w:r>
            <w:proofErr w:type="spellStart"/>
            <w:r w:rsidRPr="003A1D03">
              <w:rPr>
                <w:rFonts w:ascii="Times New Roman" w:hAnsi="Times New Roman"/>
                <w:i/>
                <w:sz w:val="20"/>
                <w:szCs w:val="28"/>
              </w:rPr>
              <w:t>printr</w:t>
            </w:r>
            <w:proofErr w:type="spellEnd"/>
            <w:r w:rsidRPr="003A1D03">
              <w:rPr>
                <w:rFonts w:ascii="Times New Roman" w:hAnsi="Times New Roman"/>
                <w:i/>
                <w:sz w:val="20"/>
                <w:szCs w:val="28"/>
              </w:rPr>
              <w:t xml:space="preserve">-o </w:t>
            </w:r>
            <w:proofErr w:type="spellStart"/>
            <w:r w:rsidRPr="003A1D03">
              <w:rPr>
                <w:rFonts w:ascii="Times New Roman" w:hAnsi="Times New Roman"/>
                <w:i/>
                <w:sz w:val="20"/>
                <w:szCs w:val="28"/>
              </w:rPr>
              <w:t>notificare</w:t>
            </w:r>
            <w:proofErr w:type="spellEnd"/>
            <w:r w:rsidRPr="003A1D03">
              <w:rPr>
                <w:rFonts w:ascii="Times New Roman" w:hAnsi="Times New Roman"/>
                <w:i/>
                <w:sz w:val="20"/>
                <w:szCs w:val="28"/>
              </w:rPr>
              <w:t xml:space="preserve"> </w:t>
            </w:r>
            <w:proofErr w:type="spellStart"/>
            <w:r w:rsidRPr="003A1D03">
              <w:rPr>
                <w:rFonts w:ascii="Times New Roman" w:hAnsi="Times New Roman"/>
                <w:i/>
                <w:sz w:val="20"/>
                <w:szCs w:val="28"/>
              </w:rPr>
              <w:t>către</w:t>
            </w:r>
            <w:proofErr w:type="spellEnd"/>
            <w:r w:rsidRPr="003A1D03">
              <w:rPr>
                <w:rFonts w:ascii="Times New Roman" w:hAnsi="Times New Roman"/>
                <w:i/>
                <w:sz w:val="20"/>
                <w:szCs w:val="28"/>
              </w:rPr>
              <w:t xml:space="preserve"> </w:t>
            </w:r>
            <w:proofErr w:type="spellStart"/>
            <w:r w:rsidR="005E01CE">
              <w:rPr>
                <w:rFonts w:ascii="Times New Roman" w:hAnsi="Times New Roman"/>
                <w:i/>
                <w:sz w:val="20"/>
                <w:szCs w:val="28"/>
              </w:rPr>
              <w:t>Primăria</w:t>
            </w:r>
            <w:proofErr w:type="spellEnd"/>
            <w:r w:rsidR="005E01CE">
              <w:rPr>
                <w:rFonts w:ascii="Times New Roman" w:hAnsi="Times New Roman"/>
                <w:i/>
                <w:sz w:val="20"/>
                <w:szCs w:val="28"/>
              </w:rPr>
              <w:t xml:space="preserve"> </w:t>
            </w:r>
            <w:proofErr w:type="spellStart"/>
            <w:r w:rsidR="005E01CE">
              <w:rPr>
                <w:rFonts w:ascii="Times New Roman" w:hAnsi="Times New Roman"/>
                <w:i/>
                <w:sz w:val="20"/>
                <w:szCs w:val="28"/>
              </w:rPr>
              <w:t>Municipiului</w:t>
            </w:r>
            <w:proofErr w:type="spellEnd"/>
            <w:r w:rsidR="005E01CE">
              <w:rPr>
                <w:rFonts w:ascii="Times New Roman" w:hAnsi="Times New Roman"/>
                <w:i/>
                <w:sz w:val="20"/>
                <w:szCs w:val="28"/>
              </w:rPr>
              <w:t xml:space="preserve"> Arad</w:t>
            </w:r>
            <w:r w:rsidRPr="003A1D03">
              <w:rPr>
                <w:rFonts w:ascii="Times New Roman" w:hAnsi="Times New Roman"/>
                <w:i/>
                <w:sz w:val="20"/>
                <w:szCs w:val="28"/>
              </w:rPr>
              <w:t xml:space="preserve">, conform </w:t>
            </w:r>
            <w:proofErr w:type="spellStart"/>
            <w:r w:rsidRPr="003A1D03">
              <w:rPr>
                <w:rFonts w:ascii="Times New Roman" w:hAnsi="Times New Roman"/>
                <w:i/>
                <w:sz w:val="20"/>
                <w:szCs w:val="28"/>
              </w:rPr>
              <w:t>prevederilor</w:t>
            </w:r>
            <w:proofErr w:type="spellEnd"/>
            <w:r w:rsidRPr="003A1D03">
              <w:rPr>
                <w:rFonts w:ascii="Times New Roman" w:hAnsi="Times New Roman"/>
                <w:i/>
                <w:sz w:val="20"/>
                <w:szCs w:val="28"/>
              </w:rPr>
              <w:t xml:space="preserve"> GDPR referitoare la drepturile persoanelor vizate. Toate datele cu caracter 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794A72" w:rsidRPr="003A1D03" w14:paraId="69523F02" w14:textId="77777777">
        <w:trPr>
          <w:jc w:val="center"/>
        </w:trPr>
        <w:tc>
          <w:tcPr>
            <w:tcW w:w="10944" w:type="dxa"/>
            <w:tcBorders>
              <w:top w:val="single" w:sz="4" w:space="0" w:color="808080"/>
              <w:left w:val="single" w:sz="4" w:space="0" w:color="808080"/>
              <w:bottom w:val="single" w:sz="4" w:space="0" w:color="808080"/>
              <w:right w:val="single" w:sz="4" w:space="0" w:color="808080"/>
            </w:tcBorders>
            <w:tcMar>
              <w:top w:w="5" w:type="dxa"/>
              <w:left w:w="30" w:type="dxa"/>
              <w:bottom w:w="5" w:type="dxa"/>
              <w:right w:w="30" w:type="dxa"/>
            </w:tcMar>
          </w:tcPr>
          <w:p w14:paraId="4125FC70" w14:textId="77777777" w:rsidR="00794A72" w:rsidRPr="003A1D03" w:rsidRDefault="00666F62">
            <w:pPr>
              <w:spacing w:after="10" w:line="240" w:lineRule="auto"/>
              <w:rPr>
                <w:sz w:val="20"/>
                <w:szCs w:val="28"/>
              </w:rPr>
            </w:pPr>
            <w:r w:rsidRPr="003A1D03">
              <w:rPr>
                <w:rFonts w:ascii="Times New Roman" w:hAnsi="Times New Roman"/>
                <w:b/>
                <w:i/>
                <w:sz w:val="20"/>
                <w:szCs w:val="28"/>
              </w:rPr>
              <w:t>Am înțeles această declarație de consimțământ și sunt de acord cu prelucrarea datelor mele cu caracter personal.</w:t>
            </w:r>
          </w:p>
        </w:tc>
      </w:tr>
    </w:tbl>
    <w:p w14:paraId="13482644" w14:textId="77777777" w:rsidR="00794A72" w:rsidRDefault="00794A72">
      <w:pPr>
        <w:spacing w:before="20" w:after="0"/>
        <w:rPr>
          <w:sz w:val="24"/>
          <w:szCs w:val="24"/>
        </w:rPr>
      </w:pPr>
    </w:p>
    <w:p w14:paraId="4B613F3E" w14:textId="77777777" w:rsidR="003A1D03" w:rsidRDefault="003A1D03">
      <w:pPr>
        <w:spacing w:before="20" w:after="0"/>
        <w:rPr>
          <w:sz w:val="24"/>
          <w:szCs w:val="24"/>
        </w:rPr>
      </w:pPr>
    </w:p>
    <w:p w14:paraId="35478462" w14:textId="77777777" w:rsidR="003A1D03" w:rsidRDefault="003A1D03">
      <w:pPr>
        <w:spacing w:before="20" w:after="0"/>
        <w:rPr>
          <w:sz w:val="24"/>
          <w:szCs w:val="24"/>
        </w:rPr>
      </w:pPr>
    </w:p>
    <w:p w14:paraId="2745F2C7" w14:textId="77777777" w:rsidR="003A1D03" w:rsidRDefault="003A1D03">
      <w:pPr>
        <w:spacing w:before="20" w:after="0"/>
        <w:rPr>
          <w:sz w:val="24"/>
          <w:szCs w:val="24"/>
        </w:rPr>
      </w:pPr>
    </w:p>
    <w:p w14:paraId="53DB089D" w14:textId="77777777" w:rsidR="003A1D03" w:rsidRDefault="003A1D03">
      <w:pPr>
        <w:spacing w:before="20" w:after="0"/>
        <w:rPr>
          <w:sz w:val="24"/>
          <w:szCs w:val="24"/>
        </w:rPr>
      </w:pPr>
    </w:p>
    <w:p w14:paraId="61DCC72A" w14:textId="77777777" w:rsidR="003A1D03" w:rsidRDefault="003A1D03">
      <w:pPr>
        <w:spacing w:before="20" w:after="0"/>
        <w:rPr>
          <w:sz w:val="24"/>
          <w:szCs w:val="24"/>
        </w:rPr>
      </w:pPr>
    </w:p>
    <w:p w14:paraId="1B2D0E10" w14:textId="77777777" w:rsidR="003A1D03" w:rsidRDefault="003A1D03">
      <w:pPr>
        <w:spacing w:before="20" w:after="0"/>
        <w:rPr>
          <w:sz w:val="24"/>
          <w:szCs w:val="24"/>
        </w:rPr>
      </w:pPr>
    </w:p>
    <w:p w14:paraId="38538351" w14:textId="77777777" w:rsidR="003A1D03" w:rsidRPr="00175BE1" w:rsidRDefault="003A1D03">
      <w:pPr>
        <w:spacing w:before="20" w:after="0"/>
        <w:rPr>
          <w:sz w:val="24"/>
          <w:szCs w:val="24"/>
        </w:rPr>
      </w:pPr>
    </w:p>
    <w:tbl>
      <w:tblPr>
        <w:tblW w:w="0" w:type="auto"/>
        <w:jc w:val="center"/>
        <w:tblLayout w:type="fixed"/>
        <w:tblLook w:val="04A0" w:firstRow="1" w:lastRow="0" w:firstColumn="1" w:lastColumn="0" w:noHBand="0" w:noVBand="1"/>
      </w:tblPr>
      <w:tblGrid>
        <w:gridCol w:w="3648"/>
        <w:gridCol w:w="3648"/>
        <w:gridCol w:w="3648"/>
      </w:tblGrid>
      <w:tr w:rsidR="00794A72" w:rsidRPr="00175BE1" w14:paraId="1BFB88D9" w14:textId="77777777">
        <w:trPr>
          <w:jc w:val="center"/>
        </w:trPr>
        <w:tc>
          <w:tcPr>
            <w:tcW w:w="10944" w:type="dxa"/>
            <w:gridSpan w:val="3"/>
            <w:tcBorders>
              <w:top w:val="single" w:sz="4" w:space="0" w:color="808080"/>
              <w:left w:val="single" w:sz="4" w:space="0" w:color="808080"/>
              <w:bottom w:val="single" w:sz="4" w:space="0" w:color="808080"/>
              <w:right w:val="single" w:sz="4" w:space="0" w:color="808080"/>
            </w:tcBorders>
            <w:shd w:val="clear" w:color="auto" w:fill="EBEBEB"/>
            <w:tcMar>
              <w:top w:w="6" w:type="dxa"/>
              <w:left w:w="25" w:type="dxa"/>
              <w:bottom w:w="18" w:type="dxa"/>
              <w:right w:w="25" w:type="dxa"/>
            </w:tcMar>
          </w:tcPr>
          <w:p w14:paraId="51F0BFD1" w14:textId="77777777" w:rsidR="00794A72" w:rsidRPr="00175BE1" w:rsidRDefault="00666F62">
            <w:pPr>
              <w:spacing w:before="10" w:after="10" w:line="240" w:lineRule="auto"/>
              <w:rPr>
                <w:sz w:val="24"/>
                <w:szCs w:val="24"/>
              </w:rPr>
            </w:pPr>
            <w:r w:rsidRPr="00175BE1">
              <w:rPr>
                <w:rFonts w:ascii="Times New Roman" w:hAnsi="Times New Roman"/>
                <w:b/>
                <w:sz w:val="18"/>
                <w:szCs w:val="24"/>
              </w:rPr>
              <w:t>6. DATA ȘI SEMNĂTURA</w:t>
            </w:r>
          </w:p>
        </w:tc>
      </w:tr>
      <w:tr w:rsidR="00794A72" w:rsidRPr="00175BE1" w14:paraId="3E024290" w14:textId="77777777" w:rsidTr="00946EDB">
        <w:trPr>
          <w:trHeight w:val="1075"/>
          <w:jc w:val="center"/>
        </w:trPr>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1BBDB118"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Data</w:t>
            </w: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573FAB67"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Beneficiarul / reprezentantul</w:t>
            </w:r>
          </w:p>
        </w:tc>
        <w:tc>
          <w:tcPr>
            <w:tcW w:w="3648" w:type="dxa"/>
            <w:tcBorders>
              <w:top w:val="single" w:sz="4" w:space="0" w:color="808080"/>
              <w:left w:val="single" w:sz="4" w:space="0" w:color="808080"/>
              <w:bottom w:val="single" w:sz="4" w:space="0" w:color="808080"/>
              <w:right w:val="single" w:sz="4" w:space="0" w:color="808080"/>
            </w:tcBorders>
            <w:tcMar>
              <w:top w:w="6" w:type="dxa"/>
              <w:left w:w="25" w:type="dxa"/>
              <w:bottom w:w="18" w:type="dxa"/>
              <w:right w:w="25" w:type="dxa"/>
            </w:tcMar>
          </w:tcPr>
          <w:p w14:paraId="409F6569" w14:textId="77777777" w:rsidR="00794A72" w:rsidRPr="00175BE1" w:rsidRDefault="00666F62">
            <w:pPr>
              <w:spacing w:after="0" w:line="240" w:lineRule="auto"/>
              <w:rPr>
                <w:sz w:val="24"/>
                <w:szCs w:val="24"/>
              </w:rPr>
            </w:pPr>
            <w:r w:rsidRPr="00175BE1">
              <w:rPr>
                <w:rFonts w:ascii="Times New Roman" w:hAnsi="Times New Roman"/>
                <w:b/>
                <w:color w:val="004682"/>
                <w:sz w:val="18"/>
                <w:szCs w:val="24"/>
              </w:rPr>
              <w:t>Semnătura</w:t>
            </w:r>
          </w:p>
        </w:tc>
      </w:tr>
    </w:tbl>
    <w:p w14:paraId="77C06AD9" w14:textId="77777777" w:rsidR="002044D8" w:rsidRDefault="002044D8">
      <w:pPr>
        <w:rPr>
          <w:sz w:val="24"/>
          <w:szCs w:val="24"/>
        </w:rPr>
      </w:pPr>
    </w:p>
    <w:p w14:paraId="1510DF61" w14:textId="77777777" w:rsidR="00783A68" w:rsidRPr="00783A68" w:rsidRDefault="00783A68" w:rsidP="00783A68">
      <w:pPr>
        <w:rPr>
          <w:sz w:val="24"/>
          <w:szCs w:val="24"/>
        </w:rPr>
      </w:pPr>
    </w:p>
    <w:p w14:paraId="5FE834DD" w14:textId="77777777" w:rsidR="00783A68" w:rsidRPr="00783A68" w:rsidRDefault="00783A68" w:rsidP="00783A68">
      <w:pPr>
        <w:rPr>
          <w:sz w:val="24"/>
          <w:szCs w:val="24"/>
        </w:rPr>
      </w:pPr>
    </w:p>
    <w:p w14:paraId="59CA3570" w14:textId="77777777" w:rsidR="00783A68" w:rsidRPr="00783A68" w:rsidRDefault="00783A68" w:rsidP="00783A68">
      <w:pPr>
        <w:rPr>
          <w:sz w:val="24"/>
          <w:szCs w:val="24"/>
        </w:rPr>
      </w:pPr>
    </w:p>
    <w:p w14:paraId="2E542989" w14:textId="6DCA3FCA" w:rsidR="00783A68" w:rsidRPr="00783A68" w:rsidRDefault="00783A68" w:rsidP="00783A68">
      <w:pPr>
        <w:tabs>
          <w:tab w:val="left" w:pos="1665"/>
        </w:tabs>
        <w:rPr>
          <w:sz w:val="24"/>
          <w:szCs w:val="24"/>
        </w:rPr>
      </w:pPr>
      <w:r>
        <w:rPr>
          <w:sz w:val="24"/>
          <w:szCs w:val="24"/>
        </w:rPr>
        <w:tab/>
      </w:r>
    </w:p>
    <w:sectPr w:rsidR="00783A68" w:rsidRPr="00783A68" w:rsidSect="003E3B60">
      <w:headerReference w:type="first" r:id="rId8"/>
      <w:pgSz w:w="11906" w:h="16838" w:code="9"/>
      <w:pgMar w:top="504" w:right="648" w:bottom="504" w:left="64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628C" w14:textId="77777777" w:rsidR="00896539" w:rsidRDefault="00896539">
      <w:pPr>
        <w:spacing w:after="0" w:line="240" w:lineRule="auto"/>
      </w:pPr>
      <w:r>
        <w:separator/>
      </w:r>
    </w:p>
  </w:endnote>
  <w:endnote w:type="continuationSeparator" w:id="0">
    <w:p w14:paraId="5DD65EA2" w14:textId="77777777" w:rsidR="00896539" w:rsidRDefault="00896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A1F58" w14:textId="77777777" w:rsidR="00896539" w:rsidRDefault="00896539">
      <w:pPr>
        <w:spacing w:after="0" w:line="240" w:lineRule="auto"/>
      </w:pPr>
      <w:r>
        <w:separator/>
      </w:r>
    </w:p>
  </w:footnote>
  <w:footnote w:type="continuationSeparator" w:id="0">
    <w:p w14:paraId="06CA1E1D" w14:textId="77777777" w:rsidR="00896539" w:rsidRDefault="00896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rmal10"/>
      <w:tblW w:w="0" w:type="auto"/>
      <w:tblInd w:w="-2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732"/>
      <w:gridCol w:w="4222"/>
      <w:gridCol w:w="2970"/>
      <w:gridCol w:w="1891"/>
    </w:tblGrid>
    <w:tr w:rsidR="00D14A61" w14:paraId="04CB4F95" w14:textId="77777777">
      <w:trPr>
        <w:trHeight w:val="277"/>
      </w:trPr>
      <w:tc>
        <w:tcPr>
          <w:tcW w:w="1732" w:type="dxa"/>
          <w:vMerge w:val="restart"/>
          <w:tcBorders>
            <w:top w:val="single" w:sz="12" w:space="0" w:color="auto"/>
            <w:left w:val="single" w:sz="12" w:space="0" w:color="auto"/>
            <w:bottom w:val="single" w:sz="12" w:space="0" w:color="auto"/>
            <w:right w:val="single" w:sz="12" w:space="0" w:color="auto"/>
          </w:tcBorders>
        </w:tcPr>
        <w:p w14:paraId="17D3CCDA" w14:textId="5E6225A1" w:rsidR="00D14A61" w:rsidRDefault="00D14A61" w:rsidP="00D14A61">
          <w:pPr>
            <w:pStyle w:val="TableParagraph"/>
            <w:spacing w:before="0"/>
            <w:ind w:left="0"/>
            <w:rPr>
              <w:b/>
              <w:sz w:val="18"/>
              <w:szCs w:val="28"/>
            </w:rPr>
          </w:pPr>
          <w:r>
            <w:rPr>
              <w:noProof/>
            </w:rPr>
            <w:drawing>
              <wp:anchor distT="0" distB="0" distL="114300" distR="114300" simplePos="0" relativeHeight="251659264" behindDoc="0" locked="0" layoutInCell="1" allowOverlap="1" wp14:anchorId="1B89FDA1" wp14:editId="1DC6601E">
                <wp:simplePos x="0" y="0"/>
                <wp:positionH relativeFrom="column">
                  <wp:posOffset>17780</wp:posOffset>
                </wp:positionH>
                <wp:positionV relativeFrom="paragraph">
                  <wp:posOffset>200025</wp:posOffset>
                </wp:positionV>
                <wp:extent cx="1080770" cy="1064895"/>
                <wp:effectExtent l="0" t="0" r="5080" b="1905"/>
                <wp:wrapTopAndBottom/>
                <wp:docPr id="127943518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1064895"/>
                        </a:xfrm>
                        <a:prstGeom prst="rect">
                          <a:avLst/>
                        </a:prstGeom>
                        <a:noFill/>
                      </pic:spPr>
                    </pic:pic>
                  </a:graphicData>
                </a:graphic>
                <wp14:sizeRelH relativeFrom="margin">
                  <wp14:pctWidth>0</wp14:pctWidth>
                </wp14:sizeRelH>
                <wp14:sizeRelV relativeFrom="margin">
                  <wp14:pctHeight>0</wp14:pctHeight>
                </wp14:sizeRelV>
              </wp:anchor>
            </w:drawing>
          </w:r>
        </w:p>
        <w:p w14:paraId="336685FC" w14:textId="77777777" w:rsidR="00D14A61" w:rsidRDefault="00D14A61" w:rsidP="00D14A61">
          <w:pPr>
            <w:pStyle w:val="TableParagraph"/>
            <w:spacing w:before="0"/>
            <w:ind w:left="0"/>
            <w:rPr>
              <w:b/>
              <w:sz w:val="18"/>
              <w:szCs w:val="28"/>
            </w:rPr>
          </w:pPr>
        </w:p>
        <w:p w14:paraId="7F2EF6A0" w14:textId="77777777" w:rsidR="00D14A61" w:rsidRDefault="00D14A61" w:rsidP="00D14A61">
          <w:pPr>
            <w:pStyle w:val="TableParagraph"/>
            <w:spacing w:before="0"/>
            <w:ind w:left="410"/>
            <w:rPr>
              <w:i/>
              <w:sz w:val="18"/>
              <w:szCs w:val="28"/>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47B84F69" w14:textId="77777777" w:rsidR="00D14A61" w:rsidRDefault="00D14A61" w:rsidP="00D14A61">
          <w:pPr>
            <w:pStyle w:val="TableParagraph"/>
            <w:rPr>
              <w:b/>
              <w:color w:val="0D5F78"/>
              <w:spacing w:val="-2"/>
              <w:w w:val="105"/>
              <w:sz w:val="18"/>
              <w:szCs w:val="28"/>
            </w:rPr>
          </w:pPr>
          <w:r>
            <w:rPr>
              <w:b/>
              <w:color w:val="0D5F78"/>
              <w:spacing w:val="-2"/>
              <w:w w:val="105"/>
              <w:sz w:val="18"/>
              <w:szCs w:val="28"/>
            </w:rPr>
            <w:t>Județul ARAD</w:t>
          </w:r>
        </w:p>
      </w:tc>
    </w:tr>
    <w:tr w:rsidR="00D14A61" w14:paraId="591A1A5D" w14:textId="77777777">
      <w:trPr>
        <w:trHeight w:val="303"/>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06B8B1D8" w14:textId="77777777" w:rsidR="00D14A61" w:rsidRDefault="00D14A61" w:rsidP="00D14A61">
          <w:pPr>
            <w:rPr>
              <w:rFonts w:ascii="Times New Roman" w:eastAsia="Times New Roman" w:hAnsi="Times New Roman" w:cs="Times New Roman"/>
              <w:i/>
              <w:sz w:val="18"/>
              <w:szCs w:val="28"/>
              <w:lang w:val="ro-RO"/>
            </w:rPr>
          </w:pPr>
        </w:p>
      </w:tc>
      <w:tc>
        <w:tcPr>
          <w:tcW w:w="9083" w:type="dxa"/>
          <w:gridSpan w:val="3"/>
          <w:tcBorders>
            <w:top w:val="single" w:sz="12" w:space="0" w:color="auto"/>
            <w:left w:val="single" w:sz="12" w:space="0" w:color="auto"/>
            <w:bottom w:val="single" w:sz="12" w:space="0" w:color="auto"/>
            <w:right w:val="single" w:sz="12" w:space="0" w:color="auto"/>
          </w:tcBorders>
          <w:shd w:val="clear" w:color="auto" w:fill="EFEFEF"/>
          <w:hideMark/>
        </w:tcPr>
        <w:p w14:paraId="768B4D1C" w14:textId="77777777" w:rsidR="00D14A61" w:rsidRDefault="00D14A61" w:rsidP="00D14A61">
          <w:pPr>
            <w:pStyle w:val="TableParagraph"/>
            <w:rPr>
              <w:b/>
              <w:sz w:val="18"/>
              <w:szCs w:val="28"/>
            </w:rPr>
          </w:pPr>
          <w:r>
            <w:rPr>
              <w:b/>
              <w:color w:val="0D5F78"/>
              <w:spacing w:val="-2"/>
              <w:sz w:val="18"/>
              <w:szCs w:val="28"/>
            </w:rPr>
            <w:t>PRIMĂRIA MUNICIPIULUI ARAD</w:t>
          </w:r>
        </w:p>
      </w:tc>
    </w:tr>
    <w:tr w:rsidR="00D14A61" w14:paraId="21865F50" w14:textId="77777777" w:rsidTr="00783A68">
      <w:trPr>
        <w:trHeight w:val="402"/>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597250E7" w14:textId="77777777" w:rsidR="00D14A61" w:rsidRDefault="00D14A61" w:rsidP="00D14A61">
          <w:pPr>
            <w:rPr>
              <w:rFonts w:ascii="Times New Roman" w:eastAsia="Times New Roman" w:hAnsi="Times New Roman" w:cs="Times New Roman"/>
              <w:i/>
              <w:sz w:val="18"/>
              <w:szCs w:val="28"/>
              <w:lang w:val="ro-RO"/>
            </w:rPr>
          </w:pPr>
        </w:p>
      </w:tc>
      <w:tc>
        <w:tcPr>
          <w:tcW w:w="4222" w:type="dxa"/>
          <w:tcBorders>
            <w:top w:val="single" w:sz="12" w:space="0" w:color="auto"/>
            <w:left w:val="single" w:sz="12" w:space="0" w:color="auto"/>
            <w:bottom w:val="single" w:sz="12" w:space="0" w:color="auto"/>
            <w:right w:val="single" w:sz="12" w:space="0" w:color="auto"/>
          </w:tcBorders>
          <w:shd w:val="clear" w:color="auto" w:fill="EFEFEF"/>
          <w:hideMark/>
        </w:tcPr>
        <w:p w14:paraId="11969612" w14:textId="77777777" w:rsidR="00D14A61" w:rsidRDefault="00D14A61" w:rsidP="00D14A61">
          <w:pPr>
            <w:pStyle w:val="TableParagraph"/>
            <w:rPr>
              <w:b/>
              <w:color w:val="0D5F78"/>
              <w:spacing w:val="-2"/>
              <w:w w:val="105"/>
              <w:sz w:val="18"/>
              <w:szCs w:val="28"/>
            </w:rPr>
          </w:pPr>
          <w:r>
            <w:rPr>
              <w:b/>
              <w:color w:val="0D5F78"/>
              <w:w w:val="105"/>
              <w:sz w:val="18"/>
              <w:szCs w:val="28"/>
            </w:rPr>
            <w:t>Cod</w:t>
          </w:r>
          <w:r>
            <w:rPr>
              <w:b/>
              <w:color w:val="0D5F78"/>
              <w:spacing w:val="-10"/>
              <w:w w:val="105"/>
              <w:sz w:val="18"/>
              <w:szCs w:val="28"/>
            </w:rPr>
            <w:t xml:space="preserve"> </w:t>
          </w:r>
          <w:r>
            <w:rPr>
              <w:b/>
              <w:color w:val="0D5F78"/>
              <w:w w:val="105"/>
              <w:sz w:val="18"/>
              <w:szCs w:val="28"/>
            </w:rPr>
            <w:t>de</w:t>
          </w:r>
          <w:r>
            <w:rPr>
              <w:b/>
              <w:color w:val="0D5F78"/>
              <w:spacing w:val="-9"/>
              <w:w w:val="105"/>
              <w:sz w:val="18"/>
              <w:szCs w:val="28"/>
            </w:rPr>
            <w:t xml:space="preserve"> </w:t>
          </w:r>
          <w:r>
            <w:rPr>
              <w:b/>
              <w:color w:val="0D5F78"/>
              <w:w w:val="105"/>
              <w:sz w:val="18"/>
              <w:szCs w:val="28"/>
            </w:rPr>
            <w:t>identificare</w:t>
          </w:r>
          <w:r>
            <w:rPr>
              <w:b/>
              <w:color w:val="0D5F78"/>
              <w:spacing w:val="-9"/>
              <w:w w:val="105"/>
              <w:sz w:val="18"/>
              <w:szCs w:val="28"/>
            </w:rPr>
            <w:t xml:space="preserve"> </w:t>
          </w:r>
          <w:r>
            <w:rPr>
              <w:b/>
              <w:color w:val="0D5F78"/>
              <w:w w:val="105"/>
              <w:sz w:val="18"/>
              <w:szCs w:val="28"/>
            </w:rPr>
            <w:t>fiscală</w:t>
          </w:r>
          <w:r>
            <w:rPr>
              <w:b/>
              <w:color w:val="0D5F78"/>
              <w:spacing w:val="-9"/>
              <w:w w:val="105"/>
              <w:sz w:val="18"/>
              <w:szCs w:val="28"/>
            </w:rPr>
            <w:t xml:space="preserve"> </w:t>
          </w:r>
          <w:r>
            <w:rPr>
              <w:b/>
              <w:color w:val="0D5F78"/>
              <w:spacing w:val="-2"/>
              <w:w w:val="105"/>
              <w:sz w:val="18"/>
              <w:szCs w:val="28"/>
            </w:rPr>
            <w:t>(CIF)</w:t>
          </w:r>
        </w:p>
      </w:tc>
      <w:tc>
        <w:tcPr>
          <w:tcW w:w="4861" w:type="dxa"/>
          <w:gridSpan w:val="2"/>
          <w:tcBorders>
            <w:top w:val="single" w:sz="12" w:space="0" w:color="auto"/>
            <w:left w:val="single" w:sz="12" w:space="0" w:color="auto"/>
            <w:bottom w:val="single" w:sz="12" w:space="0" w:color="auto"/>
            <w:right w:val="single" w:sz="12" w:space="0" w:color="auto"/>
          </w:tcBorders>
          <w:shd w:val="clear" w:color="auto" w:fill="EFEFEF"/>
          <w:hideMark/>
        </w:tcPr>
        <w:p w14:paraId="5907F672" w14:textId="77777777" w:rsidR="00D14A61" w:rsidRDefault="00D14A61" w:rsidP="00D14A61">
          <w:pPr>
            <w:pStyle w:val="TableParagraph"/>
            <w:spacing w:before="6"/>
            <w:ind w:left="103"/>
            <w:rPr>
              <w:i/>
              <w:color w:val="797979"/>
              <w:w w:val="105"/>
              <w:sz w:val="18"/>
              <w:szCs w:val="28"/>
            </w:rPr>
          </w:pPr>
          <w:r>
            <w:rPr>
              <w:b/>
              <w:color w:val="0D5F78"/>
              <w:spacing w:val="-2"/>
              <w:w w:val="105"/>
              <w:sz w:val="18"/>
              <w:szCs w:val="28"/>
            </w:rPr>
            <w:t>3519925</w:t>
          </w:r>
        </w:p>
      </w:tc>
    </w:tr>
    <w:tr w:rsidR="00D14A61" w14:paraId="3F0D5D35" w14:textId="77777777" w:rsidTr="00783A68">
      <w:trPr>
        <w:trHeight w:val="1027"/>
      </w:trPr>
      <w:tc>
        <w:tcPr>
          <w:tcW w:w="1732" w:type="dxa"/>
          <w:vMerge/>
          <w:tcBorders>
            <w:top w:val="single" w:sz="12" w:space="0" w:color="auto"/>
            <w:left w:val="single" w:sz="12" w:space="0" w:color="auto"/>
            <w:bottom w:val="single" w:sz="12" w:space="0" w:color="auto"/>
            <w:right w:val="single" w:sz="12" w:space="0" w:color="auto"/>
          </w:tcBorders>
          <w:vAlign w:val="center"/>
          <w:hideMark/>
        </w:tcPr>
        <w:p w14:paraId="3B03491E" w14:textId="77777777" w:rsidR="00D14A61" w:rsidRDefault="00D14A61" w:rsidP="00D14A61">
          <w:pPr>
            <w:rPr>
              <w:rFonts w:ascii="Times New Roman" w:eastAsia="Times New Roman" w:hAnsi="Times New Roman" w:cs="Times New Roman"/>
              <w:i/>
              <w:sz w:val="18"/>
              <w:szCs w:val="28"/>
              <w:lang w:val="ro-RO"/>
            </w:rPr>
          </w:pPr>
        </w:p>
      </w:tc>
      <w:tc>
        <w:tcPr>
          <w:tcW w:w="4222" w:type="dxa"/>
          <w:tcBorders>
            <w:top w:val="single" w:sz="12" w:space="0" w:color="auto"/>
            <w:left w:val="single" w:sz="12" w:space="0" w:color="auto"/>
            <w:bottom w:val="single" w:sz="12" w:space="0" w:color="auto"/>
            <w:right w:val="single" w:sz="12" w:space="0" w:color="auto"/>
          </w:tcBorders>
          <w:shd w:val="clear" w:color="auto" w:fill="EFEFEF"/>
          <w:hideMark/>
        </w:tcPr>
        <w:p w14:paraId="0818E190" w14:textId="77777777" w:rsidR="00D14A61" w:rsidRDefault="00D14A61" w:rsidP="00D14A61">
          <w:pPr>
            <w:pStyle w:val="TableParagraph"/>
            <w:spacing w:before="6"/>
            <w:ind w:left="103"/>
            <w:rPr>
              <w:b/>
              <w:bCs/>
              <w:i/>
              <w:color w:val="1F497D" w:themeColor="text2"/>
              <w:w w:val="105"/>
              <w:sz w:val="18"/>
              <w:szCs w:val="28"/>
            </w:rPr>
          </w:pPr>
          <w:r>
            <w:rPr>
              <w:b/>
              <w:bCs/>
              <w:i/>
              <w:color w:val="1F497D" w:themeColor="text2"/>
              <w:w w:val="105"/>
              <w:sz w:val="18"/>
              <w:szCs w:val="28"/>
            </w:rPr>
            <w:t>ARAD, BULEVARDUL REVOLUTIEI NR. 75</w:t>
          </w:r>
        </w:p>
        <w:p w14:paraId="3D9206BD" w14:textId="77777777" w:rsidR="00D14A61" w:rsidRDefault="00D14A61" w:rsidP="00D14A61">
          <w:pPr>
            <w:pStyle w:val="TableParagraph"/>
            <w:spacing w:before="6"/>
            <w:ind w:left="103"/>
            <w:rPr>
              <w:b/>
              <w:bCs/>
              <w:i/>
              <w:color w:val="1F497D" w:themeColor="text2"/>
              <w:w w:val="105"/>
              <w:sz w:val="18"/>
              <w:szCs w:val="28"/>
            </w:rPr>
          </w:pPr>
          <w:r>
            <w:rPr>
              <w:b/>
              <w:bCs/>
              <w:i/>
              <w:color w:val="1F497D" w:themeColor="text2"/>
              <w:w w:val="105"/>
              <w:sz w:val="18"/>
              <w:szCs w:val="28"/>
            </w:rPr>
            <w:t xml:space="preserve">Tel +40 257281850 Email  </w:t>
          </w:r>
          <w:hyperlink r:id="rId2" w:history="1">
            <w:r>
              <w:rPr>
                <w:rStyle w:val="Hyperlink"/>
                <w:rFonts w:eastAsiaTheme="majorEastAsia"/>
                <w:b/>
                <w:bCs/>
                <w:i/>
                <w:color w:val="1F497D" w:themeColor="text2"/>
                <w:w w:val="105"/>
                <w:sz w:val="18"/>
                <w:szCs w:val="28"/>
              </w:rPr>
              <w:t>pma@primariaarad.ro</w:t>
            </w:r>
          </w:hyperlink>
        </w:p>
        <w:p w14:paraId="261947B2" w14:textId="77777777" w:rsidR="00D14A61" w:rsidRDefault="00D14A61" w:rsidP="00D14A61">
          <w:pPr>
            <w:pStyle w:val="TableParagraph"/>
            <w:rPr>
              <w:b/>
              <w:sz w:val="18"/>
              <w:szCs w:val="28"/>
            </w:rPr>
          </w:pPr>
          <w:hyperlink r:id="rId3" w:history="1">
            <w:r>
              <w:rPr>
                <w:rStyle w:val="Hyperlink"/>
                <w:rFonts w:eastAsiaTheme="majorEastAsia"/>
                <w:b/>
                <w:bCs/>
                <w:i/>
                <w:color w:val="1F497D" w:themeColor="text2"/>
                <w:w w:val="105"/>
                <w:sz w:val="18"/>
                <w:szCs w:val="28"/>
              </w:rPr>
              <w:t>www.primariaarad.ro</w:t>
            </w:r>
          </w:hyperlink>
        </w:p>
      </w:tc>
      <w:tc>
        <w:tcPr>
          <w:tcW w:w="2970" w:type="dxa"/>
          <w:tcBorders>
            <w:top w:val="single" w:sz="12" w:space="0" w:color="auto"/>
            <w:left w:val="single" w:sz="12" w:space="0" w:color="auto"/>
            <w:bottom w:val="single" w:sz="12" w:space="0" w:color="auto"/>
            <w:right w:val="single" w:sz="12" w:space="0" w:color="auto"/>
          </w:tcBorders>
          <w:shd w:val="clear" w:color="auto" w:fill="EFEFEF"/>
          <w:hideMark/>
        </w:tcPr>
        <w:p w14:paraId="32E032A2" w14:textId="77777777" w:rsidR="00D14A61" w:rsidRDefault="00D14A61" w:rsidP="00D14A61">
          <w:pPr>
            <w:pStyle w:val="TableParagraph"/>
            <w:rPr>
              <w:b/>
              <w:sz w:val="18"/>
              <w:szCs w:val="28"/>
            </w:rPr>
          </w:pPr>
          <w:r>
            <w:rPr>
              <w:b/>
              <w:color w:val="0D5F78"/>
              <w:w w:val="105"/>
              <w:sz w:val="18"/>
              <w:szCs w:val="28"/>
            </w:rPr>
            <w:t>Număr</w:t>
          </w:r>
          <w:r>
            <w:rPr>
              <w:b/>
              <w:color w:val="0D5F78"/>
              <w:spacing w:val="-7"/>
              <w:w w:val="105"/>
              <w:sz w:val="18"/>
              <w:szCs w:val="28"/>
            </w:rPr>
            <w:t xml:space="preserve"> </w:t>
          </w:r>
          <w:r>
            <w:rPr>
              <w:b/>
              <w:color w:val="0D5F78"/>
              <w:w w:val="105"/>
              <w:sz w:val="18"/>
              <w:szCs w:val="28"/>
            </w:rPr>
            <w:t>de</w:t>
          </w:r>
          <w:r>
            <w:rPr>
              <w:b/>
              <w:color w:val="0D5F78"/>
              <w:spacing w:val="-7"/>
              <w:w w:val="105"/>
              <w:sz w:val="18"/>
              <w:szCs w:val="28"/>
            </w:rPr>
            <w:t xml:space="preserve"> </w:t>
          </w:r>
          <w:r>
            <w:rPr>
              <w:b/>
              <w:color w:val="0D5F78"/>
              <w:spacing w:val="-2"/>
              <w:w w:val="105"/>
              <w:sz w:val="18"/>
              <w:szCs w:val="28"/>
            </w:rPr>
            <w:t>înregistrare</w:t>
          </w:r>
        </w:p>
      </w:tc>
      <w:tc>
        <w:tcPr>
          <w:tcW w:w="1891" w:type="dxa"/>
          <w:tcBorders>
            <w:top w:val="single" w:sz="12" w:space="0" w:color="auto"/>
            <w:left w:val="single" w:sz="12" w:space="0" w:color="auto"/>
            <w:bottom w:val="single" w:sz="12" w:space="0" w:color="auto"/>
            <w:right w:val="single" w:sz="12" w:space="0" w:color="auto"/>
          </w:tcBorders>
          <w:shd w:val="clear" w:color="auto" w:fill="EFEFEF"/>
          <w:hideMark/>
        </w:tcPr>
        <w:p w14:paraId="5E0348D1" w14:textId="77777777" w:rsidR="00D14A61" w:rsidRDefault="00D14A61" w:rsidP="00D14A61">
          <w:pPr>
            <w:pStyle w:val="TableParagraph"/>
            <w:rPr>
              <w:b/>
              <w:sz w:val="18"/>
              <w:szCs w:val="28"/>
            </w:rPr>
          </w:pPr>
          <w:r>
            <w:rPr>
              <w:b/>
              <w:color w:val="0D5F78"/>
              <w:spacing w:val="-4"/>
              <w:w w:val="105"/>
              <w:sz w:val="18"/>
              <w:szCs w:val="28"/>
            </w:rPr>
            <w:t>Data</w:t>
          </w:r>
        </w:p>
      </w:tc>
    </w:tr>
  </w:tbl>
  <w:p w14:paraId="162BF6EC" w14:textId="77777777" w:rsidR="003E3B60" w:rsidRDefault="003E3B60">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otat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otat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umarcator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umarcator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erotat"/>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cumarcatori"/>
      <w:lvlText w:val=""/>
      <w:lvlJc w:val="left"/>
      <w:pPr>
        <w:tabs>
          <w:tab w:val="num" w:pos="360"/>
        </w:tabs>
        <w:ind w:left="360" w:hanging="360"/>
      </w:pPr>
      <w:rPr>
        <w:rFonts w:ascii="Symbol" w:hAnsi="Symbol" w:hint="default"/>
      </w:rPr>
    </w:lvl>
  </w:abstractNum>
  <w:num w:numId="1" w16cid:durableId="1644307327">
    <w:abstractNumId w:val="8"/>
  </w:num>
  <w:num w:numId="2" w16cid:durableId="123231375">
    <w:abstractNumId w:val="6"/>
  </w:num>
  <w:num w:numId="3" w16cid:durableId="1783956521">
    <w:abstractNumId w:val="5"/>
  </w:num>
  <w:num w:numId="4" w16cid:durableId="1474517961">
    <w:abstractNumId w:val="4"/>
  </w:num>
  <w:num w:numId="5" w16cid:durableId="2041779340">
    <w:abstractNumId w:val="7"/>
  </w:num>
  <w:num w:numId="6" w16cid:durableId="939066103">
    <w:abstractNumId w:val="3"/>
  </w:num>
  <w:num w:numId="7" w16cid:durableId="2825115">
    <w:abstractNumId w:val="2"/>
  </w:num>
  <w:num w:numId="8" w16cid:durableId="1297875861">
    <w:abstractNumId w:val="1"/>
  </w:num>
  <w:num w:numId="9" w16cid:durableId="1990936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1DBB"/>
    <w:rsid w:val="000A55A8"/>
    <w:rsid w:val="001008F3"/>
    <w:rsid w:val="001214D1"/>
    <w:rsid w:val="0015074B"/>
    <w:rsid w:val="00163466"/>
    <w:rsid w:val="00175BE1"/>
    <w:rsid w:val="00200FFD"/>
    <w:rsid w:val="002044D8"/>
    <w:rsid w:val="00216756"/>
    <w:rsid w:val="0029639D"/>
    <w:rsid w:val="002A20F3"/>
    <w:rsid w:val="00326F90"/>
    <w:rsid w:val="00351510"/>
    <w:rsid w:val="00363892"/>
    <w:rsid w:val="00386D9B"/>
    <w:rsid w:val="003A1D03"/>
    <w:rsid w:val="003E3B60"/>
    <w:rsid w:val="004C7A50"/>
    <w:rsid w:val="00585E0F"/>
    <w:rsid w:val="005D2653"/>
    <w:rsid w:val="005E01CE"/>
    <w:rsid w:val="006041EB"/>
    <w:rsid w:val="00623881"/>
    <w:rsid w:val="00623DB7"/>
    <w:rsid w:val="00636C1A"/>
    <w:rsid w:val="006510AC"/>
    <w:rsid w:val="00666F62"/>
    <w:rsid w:val="00783A68"/>
    <w:rsid w:val="00794A72"/>
    <w:rsid w:val="008600B4"/>
    <w:rsid w:val="00896539"/>
    <w:rsid w:val="00946EDB"/>
    <w:rsid w:val="00AA1D8D"/>
    <w:rsid w:val="00B47730"/>
    <w:rsid w:val="00BB31D9"/>
    <w:rsid w:val="00CB0664"/>
    <w:rsid w:val="00D14A61"/>
    <w:rsid w:val="00D2628A"/>
    <w:rsid w:val="00D754D3"/>
    <w:rsid w:val="00E6657A"/>
    <w:rsid w:val="00ED6F53"/>
    <w:rsid w:val="00F05258"/>
    <w:rsid w:val="00F63C6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5AD441"/>
  <w14:defaultImageDpi w14:val="300"/>
  <w15:docId w15:val="{9F890164-E9C5-4B03-AA50-23E3591BE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itlu1">
    <w:name w:val="heading 1"/>
    <w:basedOn w:val="Normal"/>
    <w:next w:val="Normal"/>
    <w:link w:val="Titlu1Carac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lu2">
    <w:name w:val="heading 2"/>
    <w:basedOn w:val="Normal"/>
    <w:next w:val="Normal"/>
    <w:link w:val="Titlu2Carac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lu3">
    <w:name w:val="heading 3"/>
    <w:basedOn w:val="Normal"/>
    <w:next w:val="Normal"/>
    <w:link w:val="Titlu3Carac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lu4">
    <w:name w:val="heading 4"/>
    <w:basedOn w:val="Normal"/>
    <w:next w:val="Normal"/>
    <w:link w:val="Titlu4Carac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lu5">
    <w:name w:val="heading 5"/>
    <w:basedOn w:val="Normal"/>
    <w:next w:val="Normal"/>
    <w:link w:val="Titlu5Carac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lu6">
    <w:name w:val="heading 6"/>
    <w:basedOn w:val="Normal"/>
    <w:next w:val="Normal"/>
    <w:link w:val="Titlu6Carac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lu7">
    <w:name w:val="heading 7"/>
    <w:basedOn w:val="Normal"/>
    <w:next w:val="Normal"/>
    <w:link w:val="Titlu7Carac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lu8">
    <w:name w:val="heading 8"/>
    <w:basedOn w:val="Normal"/>
    <w:next w:val="Normal"/>
    <w:link w:val="Titlu8Carac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lu9">
    <w:name w:val="heading 9"/>
    <w:basedOn w:val="Normal"/>
    <w:next w:val="Normal"/>
    <w:link w:val="Titlu9Carac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E618BF"/>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E618BF"/>
  </w:style>
  <w:style w:type="paragraph" w:styleId="Subsol">
    <w:name w:val="footer"/>
    <w:basedOn w:val="Normal"/>
    <w:link w:val="SubsolCaracter"/>
    <w:uiPriority w:val="99"/>
    <w:unhideWhenUsed/>
    <w:rsid w:val="00E618BF"/>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E618BF"/>
  </w:style>
  <w:style w:type="paragraph" w:styleId="Frspaiere">
    <w:name w:val="No Spacing"/>
    <w:uiPriority w:val="1"/>
    <w:qFormat/>
    <w:rsid w:val="00FC693F"/>
    <w:pPr>
      <w:spacing w:after="0" w:line="240" w:lineRule="auto"/>
    </w:pPr>
  </w:style>
  <w:style w:type="character" w:customStyle="1" w:styleId="Titlu1Caracter">
    <w:name w:val="Titlu 1 Caracter"/>
    <w:basedOn w:val="Fontdeparagrafimplicit"/>
    <w:link w:val="Titlu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lu2Caracter">
    <w:name w:val="Titlu 2 Caracter"/>
    <w:basedOn w:val="Fontdeparagrafimplicit"/>
    <w:link w:val="Titlu2"/>
    <w:uiPriority w:val="9"/>
    <w:rsid w:val="00FC693F"/>
    <w:rPr>
      <w:rFonts w:asciiTheme="majorHAnsi" w:eastAsiaTheme="majorEastAsia" w:hAnsiTheme="majorHAnsi" w:cstheme="majorBidi"/>
      <w:b/>
      <w:bCs/>
      <w:color w:val="4F81BD" w:themeColor="accent1"/>
      <w:sz w:val="26"/>
      <w:szCs w:val="26"/>
    </w:rPr>
  </w:style>
  <w:style w:type="character" w:customStyle="1" w:styleId="Titlu3Caracter">
    <w:name w:val="Titlu 3 Caracter"/>
    <w:basedOn w:val="Fontdeparagrafimplicit"/>
    <w:link w:val="Titlu3"/>
    <w:uiPriority w:val="9"/>
    <w:rsid w:val="00FC693F"/>
    <w:rPr>
      <w:rFonts w:asciiTheme="majorHAnsi" w:eastAsiaTheme="majorEastAsia" w:hAnsiTheme="majorHAnsi" w:cstheme="majorBidi"/>
      <w:b/>
      <w:bCs/>
      <w:color w:val="4F81BD" w:themeColor="accent1"/>
    </w:rPr>
  </w:style>
  <w:style w:type="paragraph" w:styleId="Titlu">
    <w:name w:val="Title"/>
    <w:basedOn w:val="Normal"/>
    <w:next w:val="Normal"/>
    <w:link w:val="TitluCarac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uCaracter">
    <w:name w:val="Titlu Caracter"/>
    <w:basedOn w:val="Fontdeparagrafimplicit"/>
    <w:link w:val="Titl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u">
    <w:name w:val="Subtitle"/>
    <w:basedOn w:val="Normal"/>
    <w:next w:val="Normal"/>
    <w:link w:val="SubtitluCarac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uCaracter">
    <w:name w:val="Subtitlu Caracter"/>
    <w:basedOn w:val="Fontdeparagrafimplicit"/>
    <w:link w:val="Subtitlu"/>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f">
    <w:name w:val="List Paragraph"/>
    <w:basedOn w:val="Normal"/>
    <w:uiPriority w:val="34"/>
    <w:qFormat/>
    <w:rsid w:val="00FC693F"/>
    <w:pPr>
      <w:ind w:left="720"/>
      <w:contextualSpacing/>
    </w:pPr>
  </w:style>
  <w:style w:type="paragraph" w:styleId="Corptext">
    <w:name w:val="Body Text"/>
    <w:basedOn w:val="Normal"/>
    <w:link w:val="CorptextCaracter"/>
    <w:uiPriority w:val="99"/>
    <w:unhideWhenUsed/>
    <w:rsid w:val="00AA1D8D"/>
    <w:pPr>
      <w:spacing w:after="120"/>
    </w:pPr>
  </w:style>
  <w:style w:type="character" w:customStyle="1" w:styleId="CorptextCaracter">
    <w:name w:val="Corp text Caracter"/>
    <w:basedOn w:val="Fontdeparagrafimplicit"/>
    <w:link w:val="Corptext"/>
    <w:uiPriority w:val="99"/>
    <w:rsid w:val="00AA1D8D"/>
  </w:style>
  <w:style w:type="paragraph" w:styleId="Corptext2">
    <w:name w:val="Body Text 2"/>
    <w:basedOn w:val="Normal"/>
    <w:link w:val="Corptext2Caracter"/>
    <w:uiPriority w:val="99"/>
    <w:unhideWhenUsed/>
    <w:rsid w:val="00AA1D8D"/>
    <w:pPr>
      <w:spacing w:after="120" w:line="480" w:lineRule="auto"/>
    </w:pPr>
  </w:style>
  <w:style w:type="character" w:customStyle="1" w:styleId="Corptext2Caracter">
    <w:name w:val="Corp text 2 Caracter"/>
    <w:basedOn w:val="Fontdeparagrafimplicit"/>
    <w:link w:val="Corptext2"/>
    <w:uiPriority w:val="99"/>
    <w:rsid w:val="00AA1D8D"/>
  </w:style>
  <w:style w:type="paragraph" w:styleId="Corptext3">
    <w:name w:val="Body Text 3"/>
    <w:basedOn w:val="Normal"/>
    <w:link w:val="Corptext3Caracter"/>
    <w:uiPriority w:val="99"/>
    <w:unhideWhenUsed/>
    <w:rsid w:val="00AA1D8D"/>
    <w:pPr>
      <w:spacing w:after="120"/>
    </w:pPr>
    <w:rPr>
      <w:sz w:val="16"/>
      <w:szCs w:val="16"/>
    </w:rPr>
  </w:style>
  <w:style w:type="character" w:customStyle="1" w:styleId="Corptext3Caracter">
    <w:name w:val="Corp text 3 Caracter"/>
    <w:basedOn w:val="Fontdeparagrafimplicit"/>
    <w:link w:val="Corp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cumarcatori">
    <w:name w:val="List Bullet"/>
    <w:basedOn w:val="Normal"/>
    <w:uiPriority w:val="99"/>
    <w:unhideWhenUsed/>
    <w:rsid w:val="00326F90"/>
    <w:pPr>
      <w:numPr>
        <w:numId w:val="1"/>
      </w:numPr>
      <w:contextualSpacing/>
    </w:pPr>
  </w:style>
  <w:style w:type="paragraph" w:styleId="Listacumarcatori2">
    <w:name w:val="List Bullet 2"/>
    <w:basedOn w:val="Normal"/>
    <w:uiPriority w:val="99"/>
    <w:unhideWhenUsed/>
    <w:rsid w:val="00326F90"/>
    <w:pPr>
      <w:numPr>
        <w:numId w:val="2"/>
      </w:numPr>
      <w:contextualSpacing/>
    </w:pPr>
  </w:style>
  <w:style w:type="paragraph" w:styleId="Listacumarcatori3">
    <w:name w:val="List Bullet 3"/>
    <w:basedOn w:val="Normal"/>
    <w:uiPriority w:val="99"/>
    <w:unhideWhenUsed/>
    <w:rsid w:val="00326F90"/>
    <w:pPr>
      <w:numPr>
        <w:numId w:val="3"/>
      </w:numPr>
      <w:contextualSpacing/>
    </w:pPr>
  </w:style>
  <w:style w:type="paragraph" w:styleId="Listnumerotat">
    <w:name w:val="List Number"/>
    <w:basedOn w:val="Normal"/>
    <w:uiPriority w:val="99"/>
    <w:unhideWhenUsed/>
    <w:rsid w:val="00326F90"/>
    <w:pPr>
      <w:numPr>
        <w:numId w:val="5"/>
      </w:numPr>
      <w:contextualSpacing/>
    </w:pPr>
  </w:style>
  <w:style w:type="paragraph" w:styleId="Listanumerotat2">
    <w:name w:val="List Number 2"/>
    <w:basedOn w:val="Normal"/>
    <w:uiPriority w:val="99"/>
    <w:unhideWhenUsed/>
    <w:rsid w:val="0029639D"/>
    <w:pPr>
      <w:numPr>
        <w:numId w:val="6"/>
      </w:numPr>
      <w:contextualSpacing/>
    </w:pPr>
  </w:style>
  <w:style w:type="paragraph" w:styleId="Listanumerotat3">
    <w:name w:val="List Number 3"/>
    <w:basedOn w:val="Normal"/>
    <w:uiPriority w:val="99"/>
    <w:unhideWhenUsed/>
    <w:rsid w:val="0029639D"/>
    <w:pPr>
      <w:numPr>
        <w:numId w:val="7"/>
      </w:numPr>
      <w:contextualSpacing/>
    </w:pPr>
  </w:style>
  <w:style w:type="paragraph" w:styleId="Listcontinuare">
    <w:name w:val="List Continue"/>
    <w:basedOn w:val="Normal"/>
    <w:uiPriority w:val="99"/>
    <w:unhideWhenUsed/>
    <w:rsid w:val="0029639D"/>
    <w:pPr>
      <w:spacing w:after="120"/>
      <w:ind w:left="360"/>
      <w:contextualSpacing/>
    </w:pPr>
  </w:style>
  <w:style w:type="paragraph" w:styleId="Listcontinuare2">
    <w:name w:val="List Continue 2"/>
    <w:basedOn w:val="Normal"/>
    <w:uiPriority w:val="99"/>
    <w:unhideWhenUsed/>
    <w:rsid w:val="0029639D"/>
    <w:pPr>
      <w:spacing w:after="120"/>
      <w:ind w:left="720"/>
      <w:contextualSpacing/>
    </w:pPr>
  </w:style>
  <w:style w:type="paragraph" w:styleId="Listcontinuare3">
    <w:name w:val="List Continue 3"/>
    <w:basedOn w:val="Normal"/>
    <w:uiPriority w:val="99"/>
    <w:unhideWhenUsed/>
    <w:rsid w:val="0029639D"/>
    <w:pPr>
      <w:spacing w:after="120"/>
      <w:ind w:left="1080"/>
      <w:contextualSpacing/>
    </w:pPr>
  </w:style>
  <w:style w:type="paragraph" w:styleId="Textmacrocomand">
    <w:name w:val="macro"/>
    <w:link w:val="TextmacrocomandCarac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macrocomandCaracter">
    <w:name w:val="Text macrocomandă Caracter"/>
    <w:basedOn w:val="Fontdeparagrafimplicit"/>
    <w:link w:val="Textmacrocomand"/>
    <w:uiPriority w:val="99"/>
    <w:rsid w:val="0029639D"/>
    <w:rPr>
      <w:rFonts w:ascii="Courier" w:hAnsi="Courier"/>
      <w:sz w:val="20"/>
      <w:szCs w:val="20"/>
    </w:rPr>
  </w:style>
  <w:style w:type="paragraph" w:styleId="Citat">
    <w:name w:val="Quote"/>
    <w:basedOn w:val="Normal"/>
    <w:next w:val="Normal"/>
    <w:link w:val="CitatCaracter"/>
    <w:uiPriority w:val="29"/>
    <w:qFormat/>
    <w:rsid w:val="00FC693F"/>
    <w:rPr>
      <w:i/>
      <w:iCs/>
      <w:color w:val="000000" w:themeColor="text1"/>
    </w:rPr>
  </w:style>
  <w:style w:type="character" w:customStyle="1" w:styleId="CitatCaracter">
    <w:name w:val="Citat Caracter"/>
    <w:basedOn w:val="Fontdeparagrafimplicit"/>
    <w:link w:val="Citat"/>
    <w:uiPriority w:val="29"/>
    <w:rsid w:val="00FC693F"/>
    <w:rPr>
      <w:i/>
      <w:iCs/>
      <w:color w:val="000000" w:themeColor="text1"/>
    </w:rPr>
  </w:style>
  <w:style w:type="character" w:customStyle="1" w:styleId="Titlu4Caracter">
    <w:name w:val="Titlu 4 Caracter"/>
    <w:basedOn w:val="Fontdeparagrafimplicit"/>
    <w:link w:val="Titlu4"/>
    <w:uiPriority w:val="9"/>
    <w:semiHidden/>
    <w:rsid w:val="00FC693F"/>
    <w:rPr>
      <w:rFonts w:asciiTheme="majorHAnsi" w:eastAsiaTheme="majorEastAsia" w:hAnsiTheme="majorHAnsi" w:cstheme="majorBidi"/>
      <w:b/>
      <w:bCs/>
      <w:i/>
      <w:iCs/>
      <w:color w:val="4F81BD" w:themeColor="accent1"/>
    </w:rPr>
  </w:style>
  <w:style w:type="character" w:customStyle="1" w:styleId="Titlu5Caracter">
    <w:name w:val="Titlu 5 Caracter"/>
    <w:basedOn w:val="Fontdeparagrafimplicit"/>
    <w:link w:val="Titlu5"/>
    <w:uiPriority w:val="9"/>
    <w:semiHidden/>
    <w:rsid w:val="00FC693F"/>
    <w:rPr>
      <w:rFonts w:asciiTheme="majorHAnsi" w:eastAsiaTheme="majorEastAsia" w:hAnsiTheme="majorHAnsi" w:cstheme="majorBidi"/>
      <w:color w:val="243F60" w:themeColor="accent1" w:themeShade="7F"/>
    </w:rPr>
  </w:style>
  <w:style w:type="character" w:customStyle="1" w:styleId="Titlu6Caracter">
    <w:name w:val="Titlu 6 Caracter"/>
    <w:basedOn w:val="Fontdeparagrafimplicit"/>
    <w:link w:val="Titlu6"/>
    <w:uiPriority w:val="9"/>
    <w:semiHidden/>
    <w:rsid w:val="00FC693F"/>
    <w:rPr>
      <w:rFonts w:asciiTheme="majorHAnsi" w:eastAsiaTheme="majorEastAsia" w:hAnsiTheme="majorHAnsi" w:cstheme="majorBidi"/>
      <w:i/>
      <w:iCs/>
      <w:color w:val="243F60" w:themeColor="accent1" w:themeShade="7F"/>
    </w:rPr>
  </w:style>
  <w:style w:type="character" w:customStyle="1" w:styleId="Titlu7Caracter">
    <w:name w:val="Titlu 7 Caracter"/>
    <w:basedOn w:val="Fontdeparagrafimplicit"/>
    <w:link w:val="Titlu7"/>
    <w:uiPriority w:val="9"/>
    <w:semiHidden/>
    <w:rsid w:val="00FC693F"/>
    <w:rPr>
      <w:rFonts w:asciiTheme="majorHAnsi" w:eastAsiaTheme="majorEastAsia" w:hAnsiTheme="majorHAnsi" w:cstheme="majorBidi"/>
      <w:i/>
      <w:iCs/>
      <w:color w:val="404040" w:themeColor="text1" w:themeTint="BF"/>
    </w:rPr>
  </w:style>
  <w:style w:type="character" w:customStyle="1" w:styleId="Titlu8Caracter">
    <w:name w:val="Titlu 8 Caracter"/>
    <w:basedOn w:val="Fontdeparagrafimplicit"/>
    <w:link w:val="Titlu8"/>
    <w:uiPriority w:val="9"/>
    <w:semiHidden/>
    <w:rsid w:val="00FC693F"/>
    <w:rPr>
      <w:rFonts w:asciiTheme="majorHAnsi" w:eastAsiaTheme="majorEastAsia" w:hAnsiTheme="majorHAnsi" w:cstheme="majorBidi"/>
      <w:color w:val="4F81BD" w:themeColor="accent1"/>
      <w:sz w:val="20"/>
      <w:szCs w:val="20"/>
    </w:rPr>
  </w:style>
  <w:style w:type="character" w:customStyle="1" w:styleId="Titlu9Caracter">
    <w:name w:val="Titlu 9 Caracter"/>
    <w:basedOn w:val="Fontdeparagrafimplicit"/>
    <w:link w:val="Titlu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Robust">
    <w:name w:val="Strong"/>
    <w:basedOn w:val="Fontdeparagrafimplicit"/>
    <w:uiPriority w:val="22"/>
    <w:qFormat/>
    <w:rsid w:val="00FC693F"/>
    <w:rPr>
      <w:b/>
      <w:bCs/>
    </w:rPr>
  </w:style>
  <w:style w:type="character" w:styleId="Accentuat">
    <w:name w:val="Emphasis"/>
    <w:basedOn w:val="Fontdeparagrafimplicit"/>
    <w:uiPriority w:val="20"/>
    <w:qFormat/>
    <w:rsid w:val="00FC693F"/>
    <w:rPr>
      <w:i/>
      <w:iCs/>
    </w:rPr>
  </w:style>
  <w:style w:type="paragraph" w:styleId="Citatintens">
    <w:name w:val="Intense Quote"/>
    <w:basedOn w:val="Normal"/>
    <w:next w:val="Normal"/>
    <w:link w:val="CitatintensCarac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ntensCaracter">
    <w:name w:val="Citat intens Caracter"/>
    <w:basedOn w:val="Fontdeparagrafimplicit"/>
    <w:link w:val="Citatintens"/>
    <w:uiPriority w:val="30"/>
    <w:rsid w:val="00FC693F"/>
    <w:rPr>
      <w:b/>
      <w:bCs/>
      <w:i/>
      <w:iCs/>
      <w:color w:val="4F81BD" w:themeColor="accent1"/>
    </w:rPr>
  </w:style>
  <w:style w:type="character" w:styleId="Accentuaresubtil">
    <w:name w:val="Subtle Emphasis"/>
    <w:basedOn w:val="Fontdeparagrafimplicit"/>
    <w:uiPriority w:val="19"/>
    <w:qFormat/>
    <w:rsid w:val="00FC693F"/>
    <w:rPr>
      <w:i/>
      <w:iCs/>
      <w:color w:val="808080" w:themeColor="text1" w:themeTint="7F"/>
    </w:rPr>
  </w:style>
  <w:style w:type="character" w:styleId="Accentuareintens">
    <w:name w:val="Intense Emphasis"/>
    <w:basedOn w:val="Fontdeparagrafimplicit"/>
    <w:uiPriority w:val="21"/>
    <w:qFormat/>
    <w:rsid w:val="00FC693F"/>
    <w:rPr>
      <w:b/>
      <w:bCs/>
      <w:i/>
      <w:iCs/>
      <w:color w:val="4F81BD" w:themeColor="accent1"/>
    </w:rPr>
  </w:style>
  <w:style w:type="character" w:styleId="Referiresubtil">
    <w:name w:val="Subtle Reference"/>
    <w:basedOn w:val="Fontdeparagrafimplicit"/>
    <w:uiPriority w:val="31"/>
    <w:qFormat/>
    <w:rsid w:val="00FC693F"/>
    <w:rPr>
      <w:smallCaps/>
      <w:color w:val="C0504D" w:themeColor="accent2"/>
      <w:u w:val="single"/>
    </w:rPr>
  </w:style>
  <w:style w:type="character" w:styleId="Referireintens">
    <w:name w:val="Intense Reference"/>
    <w:basedOn w:val="Fontdeparagrafimplicit"/>
    <w:uiPriority w:val="32"/>
    <w:qFormat/>
    <w:rsid w:val="00FC693F"/>
    <w:rPr>
      <w:b/>
      <w:bCs/>
      <w:smallCaps/>
      <w:color w:val="C0504D" w:themeColor="accent2"/>
      <w:spacing w:val="5"/>
      <w:u w:val="single"/>
    </w:rPr>
  </w:style>
  <w:style w:type="character" w:styleId="Titlulcrii">
    <w:name w:val="Book Title"/>
    <w:basedOn w:val="Fontdeparagrafimplicit"/>
    <w:uiPriority w:val="33"/>
    <w:qFormat/>
    <w:rsid w:val="00FC693F"/>
    <w:rPr>
      <w:b/>
      <w:bCs/>
      <w:smallCaps/>
      <w:spacing w:val="5"/>
    </w:rPr>
  </w:style>
  <w:style w:type="paragraph" w:styleId="Titlucuprins">
    <w:name w:val="TOC Heading"/>
    <w:basedOn w:val="Titlu1"/>
    <w:next w:val="Normal"/>
    <w:uiPriority w:val="39"/>
    <w:semiHidden/>
    <w:unhideWhenUsed/>
    <w:qFormat/>
    <w:rsid w:val="00FC693F"/>
    <w:pPr>
      <w:outlineLvl w:val="9"/>
    </w:pPr>
  </w:style>
  <w:style w:type="table" w:styleId="Tabelgril">
    <w:name w:val="Table Grid"/>
    <w:basedOn w:val="Tabel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Umbriredeculoaredeschis">
    <w:name w:val="Light Shading"/>
    <w:basedOn w:val="Tabel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Umbriredeculoaredeschis-Accentuare1">
    <w:name w:val="Light Shading Accent 1"/>
    <w:basedOn w:val="Tabel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Umbriredeculoaredeschis-Accentuare2">
    <w:name w:val="Light Shading Accent 2"/>
    <w:basedOn w:val="Tabel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Umbriredeculoaredeschis-Accentuare3">
    <w:name w:val="Light Shading Accent 3"/>
    <w:basedOn w:val="Tabel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Umbriredeculoaredeschis-Accentuare4">
    <w:name w:val="Light Shading Accent 4"/>
    <w:basedOn w:val="Tabel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Umbriredeculoaredeschis-Accentuare5">
    <w:name w:val="Light Shading Accent 5"/>
    <w:basedOn w:val="Tabel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Umbriredeculoaredeschis-Accentuare6">
    <w:name w:val="Light Shading Accent 6"/>
    <w:basedOn w:val="Tabel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deculoaredeschis">
    <w:name w:val="Light List"/>
    <w:basedOn w:val="Tabel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deculoaredeschis-Accentuare1">
    <w:name w:val="Light List Accent 1"/>
    <w:basedOn w:val="Tabel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deculoaredeschis-Accentuare2">
    <w:name w:val="Light List Accent 2"/>
    <w:basedOn w:val="Tabel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deculoaredeschis-Accentuare3">
    <w:name w:val="Light List Accent 3"/>
    <w:basedOn w:val="Tabel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deculoaredeschis-Accentuare4">
    <w:name w:val="Light List Accent 4"/>
    <w:basedOn w:val="Tabel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deculoaredeschis-Accentuare5">
    <w:name w:val="Light List Accent 5"/>
    <w:basedOn w:val="Tabel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deculoaredeschis-Accentuare6">
    <w:name w:val="Light List Accent 6"/>
    <w:basedOn w:val="Tabel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deculoaredeschis">
    <w:name w:val="Light Grid"/>
    <w:basedOn w:val="Tabel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deculoaredeschis-Accentuare1">
    <w:name w:val="Light Grid Accent 1"/>
    <w:basedOn w:val="Tabel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deculoaredeschis-Accentuare2">
    <w:name w:val="Light Grid Accent 2"/>
    <w:basedOn w:val="Tabel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deculoaredeschis-Accentuare3">
    <w:name w:val="Light Grid Accent 3"/>
    <w:basedOn w:val="Tabel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deculoaredeschis-Accentuare4">
    <w:name w:val="Light Grid Accent 4"/>
    <w:basedOn w:val="Tabel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deculoaredeschis-Accentuare5">
    <w:name w:val="Light Grid Accent 5"/>
    <w:basedOn w:val="Tabel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deculoaredeschis-Accentuare6">
    <w:name w:val="Light Grid Accent 6"/>
    <w:basedOn w:val="Tabel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Umbriremedie1">
    <w:name w:val="Medium Shading 1"/>
    <w:basedOn w:val="Tabel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Umbriremedie1-Accentuare1">
    <w:name w:val="Medium Shading 1 Accent 1"/>
    <w:basedOn w:val="Tabel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Umbriremedie1-Accentuare2">
    <w:name w:val="Medium Shading 1 Accent 2"/>
    <w:basedOn w:val="Tabel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Umbriremedie1-Accentuare3">
    <w:name w:val="Medium Shading 1 Accent 3"/>
    <w:basedOn w:val="Tabel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Umbriremedie1-Accentuare4">
    <w:name w:val="Medium Shading 1 Accent 4"/>
    <w:basedOn w:val="Tabel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Umbriremedie1-Accentuare5">
    <w:name w:val="Medium Shading 1 Accent 5"/>
    <w:basedOn w:val="Tabel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Umbriremedie1-Accentuare6">
    <w:name w:val="Medium Shading 1 Accent 6"/>
    <w:basedOn w:val="Tabel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Umbriremedie2">
    <w:name w:val="Medium Shading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1">
    <w:name w:val="Medium Shading 2 Accent 1"/>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2">
    <w:name w:val="Medium Shading 2 Accent 2"/>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3">
    <w:name w:val="Medium Shading 2 Accent 3"/>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4">
    <w:name w:val="Medium Shading 2 Accent 4"/>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5">
    <w:name w:val="Medium Shading 2 Accent 5"/>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Umbriremedie2-Accentuare6">
    <w:name w:val="Medium Shading 2 Accent 6"/>
    <w:basedOn w:val="Tabel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medie1">
    <w:name w:val="Medium List 1"/>
    <w:basedOn w:val="Tabel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medie1-Accentuare1">
    <w:name w:val="Medium List 1 Accent 1"/>
    <w:basedOn w:val="Tabel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medie1-Accentuare2">
    <w:name w:val="Medium List 1 Accent 2"/>
    <w:basedOn w:val="Tabel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medie1-Accentuare3">
    <w:name w:val="Medium List 1 Accent 3"/>
    <w:basedOn w:val="Tabel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medie1-Accentuare4">
    <w:name w:val="Medium List 1 Accent 4"/>
    <w:basedOn w:val="Tabel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medie1-Accentuare5">
    <w:name w:val="Medium List 1 Accent 5"/>
    <w:basedOn w:val="Tabel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medie1-Accentuare6">
    <w:name w:val="Medium List 1 Accent 6"/>
    <w:basedOn w:val="Tabel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medie2">
    <w:name w:val="Medium Lis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1">
    <w:name w:val="Medium List 2 Accent 1"/>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2">
    <w:name w:val="Medium List 2 Accent 2"/>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3">
    <w:name w:val="Medium List 2 Accent 3"/>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4">
    <w:name w:val="Medium List 2 Accent 4"/>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5">
    <w:name w:val="Medium List 2 Accent 5"/>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medie2-Accentuare6">
    <w:name w:val="Medium List 2 Accent 6"/>
    <w:basedOn w:val="Tabel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medie1">
    <w:name w:val="Medium Grid 1"/>
    <w:basedOn w:val="Tabel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medie1-Accentuare1">
    <w:name w:val="Medium Grid 1 Accent 1"/>
    <w:basedOn w:val="Tabel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medie1-Accentuare2">
    <w:name w:val="Medium Grid 1 Accent 2"/>
    <w:basedOn w:val="Tabel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medie1-Accentuare3">
    <w:name w:val="Medium Grid 1 Accent 3"/>
    <w:basedOn w:val="Tabel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medie1-Accentuare4">
    <w:name w:val="Medium Grid 1 Accent 4"/>
    <w:basedOn w:val="Tabel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medie1-Accentuare5">
    <w:name w:val="Medium Grid 1 Accent 5"/>
    <w:basedOn w:val="Tabel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medie1-Accentuare6">
    <w:name w:val="Medium Grid 1 Accent 6"/>
    <w:basedOn w:val="Tabel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medie2">
    <w:name w:val="Medium Grid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medie2-Accentuare1">
    <w:name w:val="Medium Grid 2 Accent 1"/>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medie2-Accentuare2">
    <w:name w:val="Medium Grid 2 Accent 2"/>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medie2-Accentuare3">
    <w:name w:val="Medium Grid 2 Accent 3"/>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medie2-Accentuare4">
    <w:name w:val="Medium Grid 2 Accent 4"/>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medie2-Accentuare5">
    <w:name w:val="Medium Grid 2 Accent 5"/>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medie2-Accentuare6">
    <w:name w:val="Medium Grid 2 Accent 6"/>
    <w:basedOn w:val="Tabel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medie3">
    <w:name w:val="Medium Grid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medie3-Accentuare1">
    <w:name w:val="Medium Grid 3 Accent 1"/>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medie3-Accentuare2">
    <w:name w:val="Medium Grid 3 Accent 2"/>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medie3-Accentuare3">
    <w:name w:val="Medium Grid 3 Accent 3"/>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medie3-Accentuare4">
    <w:name w:val="Medium Grid 3 Accent 4"/>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medie3-Accentuare5">
    <w:name w:val="Medium Grid 3 Accent 5"/>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medie3-Accentuare6">
    <w:name w:val="Medium Grid 3 Accent 6"/>
    <w:basedOn w:val="Tabel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deculoarenchis">
    <w:name w:val="Dark List"/>
    <w:basedOn w:val="Tabel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deculoarenchis-Accentuare1">
    <w:name w:val="Dark List Accent 1"/>
    <w:basedOn w:val="Tabel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deculoarenchis-Accentuare2">
    <w:name w:val="Dark List Accent 2"/>
    <w:basedOn w:val="Tabel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deculoarenchis-Accentuare3">
    <w:name w:val="Dark List Accent 3"/>
    <w:basedOn w:val="Tabel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deculoarenchis-Accentuare4">
    <w:name w:val="Dark List Accent 4"/>
    <w:basedOn w:val="Tabel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deculoarenchis-Accentuare5">
    <w:name w:val="Dark List Accent 5"/>
    <w:basedOn w:val="Tabel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deculoarenchis-Accentuare6">
    <w:name w:val="Dark List Accent 6"/>
    <w:basedOn w:val="Tabel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Umbrirecolorat">
    <w:name w:val="Colorful Shading"/>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Umbrirecolorat-Accentuare1">
    <w:name w:val="Colorful Shading Accent 1"/>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Umbrirecolorat-Accentuare2">
    <w:name w:val="Colorful Shading Accent 2"/>
    <w:basedOn w:val="Tabel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Umbrirecolorat-Accentuare3">
    <w:name w:val="Colorful Shading Accent 3"/>
    <w:basedOn w:val="Tabel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Umbrirecolorat-Accentuare4">
    <w:name w:val="Colorful Shading Accent 4"/>
    <w:basedOn w:val="Tabel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Umbrirecolorat-Accentuare5">
    <w:name w:val="Colorful Shading Accent 5"/>
    <w:basedOn w:val="Tabel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Umbrirecolorat-Accentuare6">
    <w:name w:val="Colorful Shading Accent 6"/>
    <w:basedOn w:val="Tabel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colorat">
    <w:name w:val="Colorful List"/>
    <w:basedOn w:val="Tabel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colorat-Accentuare1">
    <w:name w:val="Colorful List Accent 1"/>
    <w:basedOn w:val="Tabel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colorat-Accentuare2">
    <w:name w:val="Colorful List Accent 2"/>
    <w:basedOn w:val="Tabel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colorat-Accentuare3">
    <w:name w:val="Colorful List Accent 3"/>
    <w:basedOn w:val="Tabel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colorat-Accentuare4">
    <w:name w:val="Colorful List Accent 4"/>
    <w:basedOn w:val="Tabel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colorat-Accentuare5">
    <w:name w:val="Colorful List Accent 5"/>
    <w:basedOn w:val="Tabel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colorat-Accentuare6">
    <w:name w:val="Colorful List Accent 6"/>
    <w:basedOn w:val="Tabel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colorat">
    <w:name w:val="Colorful Grid"/>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colorat-Accentuare1">
    <w:name w:val="Colorful Grid Accent 1"/>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colorat-Accentuare2">
    <w:name w:val="Colorful Grid Accent 2"/>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colorat-Accentuare3">
    <w:name w:val="Colorful Grid Accent 3"/>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colorat-Accentuare4">
    <w:name w:val="Colorful Grid Accent 4"/>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colorat-Accentuare5">
    <w:name w:val="Colorful Grid Accent 5"/>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colorat-Accentuare6">
    <w:name w:val="Colorful Grid Accent 6"/>
    <w:basedOn w:val="Tabel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Fontdeparagrafimplicit"/>
    <w:uiPriority w:val="99"/>
    <w:semiHidden/>
    <w:unhideWhenUsed/>
    <w:rsid w:val="003E3B60"/>
    <w:rPr>
      <w:color w:val="0000FF" w:themeColor="hyperlink"/>
      <w:u w:val="single"/>
    </w:rPr>
  </w:style>
  <w:style w:type="paragraph" w:customStyle="1" w:styleId="TableParagraph">
    <w:name w:val="Table Paragraph"/>
    <w:basedOn w:val="Normal"/>
    <w:uiPriority w:val="1"/>
    <w:qFormat/>
    <w:rsid w:val="003E3B60"/>
    <w:pPr>
      <w:widowControl w:val="0"/>
      <w:autoSpaceDE w:val="0"/>
      <w:autoSpaceDN w:val="0"/>
      <w:spacing w:before="5" w:after="0" w:line="240" w:lineRule="auto"/>
      <w:ind w:left="104"/>
    </w:pPr>
    <w:rPr>
      <w:rFonts w:ascii="Times New Roman" w:eastAsia="Times New Roman" w:hAnsi="Times New Roman" w:cs="Times New Roman"/>
      <w:lang w:val="ro-RO"/>
    </w:rPr>
  </w:style>
  <w:style w:type="table" w:customStyle="1" w:styleId="TableNormal1">
    <w:name w:val="Table Normal1"/>
    <w:uiPriority w:val="2"/>
    <w:semiHidden/>
    <w:qFormat/>
    <w:rsid w:val="003E3B60"/>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 w:type="table" w:customStyle="1" w:styleId="TableNormal10">
    <w:name w:val="Table Normal1"/>
    <w:uiPriority w:val="2"/>
    <w:semiHidden/>
    <w:qFormat/>
    <w:rsid w:val="00D14A61"/>
    <w:pPr>
      <w:widowControl w:val="0"/>
      <w:autoSpaceDE w:val="0"/>
      <w:autoSpaceDN w:val="0"/>
      <w:spacing w:after="0" w:line="240" w:lineRule="auto"/>
    </w:pPr>
    <w:rPr>
      <w:rFonts w:eastAsiaTheme="minorHAn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rimariaarad.ro" TargetMode="External"/><Relationship Id="rId2" Type="http://schemas.openxmlformats.org/officeDocument/2006/relationships/hyperlink" Target="mailto:pma@primariaarad.ro"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dinu denisia</cp:lastModifiedBy>
  <cp:revision>2</cp:revision>
  <cp:lastPrinted>2026-09-03T08:39:00Z</cp:lastPrinted>
  <dcterms:created xsi:type="dcterms:W3CDTF">2026-09-03T08:43:00Z</dcterms:created>
  <dcterms:modified xsi:type="dcterms:W3CDTF">2026-09-03T08:43:00Z</dcterms:modified>
  <cp:category/>
</cp:coreProperties>
</file>