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EB3D2" w14:textId="77777777" w:rsidR="007E3051" w:rsidRPr="007E3051" w:rsidRDefault="007E3051" w:rsidP="0084586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7E3051">
        <w:rPr>
          <w:rFonts w:ascii="Times New Roman" w:hAnsi="Times New Roman"/>
          <w:b/>
          <w:sz w:val="28"/>
          <w:szCs w:val="24"/>
        </w:rPr>
        <w:t xml:space="preserve">ÎNȘTIINȚARE </w:t>
      </w:r>
    </w:p>
    <w:p w14:paraId="5D7122DF" w14:textId="6A556018" w:rsidR="002A57DE" w:rsidRPr="00D92DF7" w:rsidRDefault="007E3051" w:rsidP="00845860">
      <w:pPr>
        <w:spacing w:after="0" w:line="240" w:lineRule="auto"/>
        <w:jc w:val="center"/>
        <w:rPr>
          <w:b/>
          <w:sz w:val="20"/>
          <w:szCs w:val="20"/>
        </w:rPr>
      </w:pPr>
      <w:proofErr w:type="spellStart"/>
      <w:r w:rsidRPr="00D92DF7">
        <w:rPr>
          <w:rFonts w:ascii="Times New Roman" w:hAnsi="Times New Roman"/>
          <w:b/>
          <w:szCs w:val="20"/>
        </w:rPr>
        <w:t>privind</w:t>
      </w:r>
      <w:proofErr w:type="spellEnd"/>
      <w:r w:rsidRPr="00D92DF7">
        <w:rPr>
          <w:rFonts w:ascii="Times New Roman" w:hAnsi="Times New Roman"/>
          <w:b/>
          <w:szCs w:val="20"/>
        </w:rPr>
        <w:t xml:space="preserve"> </w:t>
      </w:r>
      <w:proofErr w:type="spellStart"/>
      <w:r w:rsidRPr="00D92DF7">
        <w:rPr>
          <w:rFonts w:ascii="Times New Roman" w:hAnsi="Times New Roman"/>
          <w:b/>
          <w:szCs w:val="20"/>
        </w:rPr>
        <w:t>începerea</w:t>
      </w:r>
      <w:proofErr w:type="spellEnd"/>
      <w:r w:rsidRPr="00D92DF7">
        <w:rPr>
          <w:rFonts w:ascii="Times New Roman" w:hAnsi="Times New Roman"/>
          <w:b/>
          <w:szCs w:val="20"/>
        </w:rPr>
        <w:t xml:space="preserve"> </w:t>
      </w:r>
      <w:proofErr w:type="spellStart"/>
      <w:r w:rsidRPr="00D92DF7">
        <w:rPr>
          <w:rFonts w:ascii="Times New Roman" w:hAnsi="Times New Roman"/>
          <w:b/>
          <w:szCs w:val="20"/>
        </w:rPr>
        <w:t>execuției</w:t>
      </w:r>
      <w:proofErr w:type="spellEnd"/>
      <w:r w:rsidRPr="00D92DF7">
        <w:rPr>
          <w:rFonts w:ascii="Times New Roman" w:hAnsi="Times New Roman"/>
          <w:b/>
          <w:szCs w:val="20"/>
        </w:rPr>
        <w:t xml:space="preserve"> </w:t>
      </w:r>
      <w:proofErr w:type="spellStart"/>
      <w:r w:rsidRPr="00D92DF7">
        <w:rPr>
          <w:rFonts w:ascii="Times New Roman" w:hAnsi="Times New Roman"/>
          <w:b/>
          <w:szCs w:val="20"/>
        </w:rPr>
        <w:t>lucrărilor</w:t>
      </w:r>
      <w:proofErr w:type="spellEnd"/>
    </w:p>
    <w:tbl>
      <w:tblPr>
        <w:tblW w:w="10563" w:type="dxa"/>
        <w:jc w:val="center"/>
        <w:tblLayout w:type="fixed"/>
        <w:tblLook w:val="04A0" w:firstRow="1" w:lastRow="0" w:firstColumn="1" w:lastColumn="0" w:noHBand="0" w:noVBand="1"/>
      </w:tblPr>
      <w:tblGrid>
        <w:gridCol w:w="10563"/>
      </w:tblGrid>
      <w:tr w:rsidR="002A57DE" w:rsidRPr="00DC331C" w14:paraId="1D12CB13" w14:textId="77777777" w:rsidTr="00EC3743">
        <w:trPr>
          <w:jc w:val="center"/>
        </w:trPr>
        <w:tc>
          <w:tcPr>
            <w:tcW w:w="105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5853ACA3" w14:textId="77777777" w:rsidR="002A57DE" w:rsidRPr="00DC331C" w:rsidRDefault="002A57DE" w:rsidP="005A67B9">
            <w:pPr>
              <w:spacing w:before="20" w:after="20" w:line="240" w:lineRule="auto"/>
              <w:rPr>
                <w:sz w:val="20"/>
                <w:szCs w:val="20"/>
              </w:rPr>
            </w:pPr>
            <w:r w:rsidRPr="00DC331C">
              <w:rPr>
                <w:rFonts w:ascii="Times New Roman" w:hAnsi="Times New Roman"/>
                <w:b/>
                <w:sz w:val="20"/>
                <w:szCs w:val="20"/>
              </w:rPr>
              <w:t>1. CĂTRE</w:t>
            </w:r>
          </w:p>
        </w:tc>
      </w:tr>
      <w:tr w:rsidR="00D92DF7" w:rsidRPr="00DC331C" w14:paraId="733AC7F4" w14:textId="77777777" w:rsidTr="00EC3743">
        <w:trPr>
          <w:jc w:val="center"/>
        </w:trPr>
        <w:tc>
          <w:tcPr>
            <w:tcW w:w="105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671A339C" w14:textId="3F268039" w:rsidR="002A57DE" w:rsidRPr="00DC331C" w:rsidRDefault="00D92DF7" w:rsidP="005A67B9">
            <w:pPr>
              <w:spacing w:after="20" w:line="240" w:lineRule="auto"/>
              <w:rPr>
                <w:b/>
                <w:color w:val="365F91" w:themeColor="accent1" w:themeShade="BF"/>
                <w:sz w:val="20"/>
                <w:szCs w:val="20"/>
              </w:rPr>
            </w:pPr>
            <w:r w:rsidRPr="00DC331C">
              <w:rPr>
                <w:rFonts w:ascii="Times New Roman" w:hAnsi="Times New Roman"/>
                <w:b/>
                <w:i/>
                <w:color w:val="365F91" w:themeColor="accent1" w:themeShade="BF"/>
                <w:sz w:val="20"/>
                <w:szCs w:val="20"/>
              </w:rPr>
              <w:t>PRIMARUL MUNICIPIULUI ARAD</w:t>
            </w:r>
          </w:p>
        </w:tc>
      </w:tr>
    </w:tbl>
    <w:p w14:paraId="10A2AD89" w14:textId="77777777" w:rsidR="00FD1AB0" w:rsidRPr="00845860" w:rsidRDefault="00FD1AB0">
      <w:pPr>
        <w:spacing w:before="20" w:after="0"/>
        <w:rPr>
          <w:sz w:val="20"/>
          <w:szCs w:val="20"/>
        </w:rPr>
      </w:pPr>
    </w:p>
    <w:tbl>
      <w:tblPr>
        <w:tblW w:w="10890" w:type="dxa"/>
        <w:jc w:val="center"/>
        <w:tblLayout w:type="fixed"/>
        <w:tblLook w:val="04A0" w:firstRow="1" w:lastRow="0" w:firstColumn="1" w:lastColumn="0" w:noHBand="0" w:noVBand="1"/>
      </w:tblPr>
      <w:tblGrid>
        <w:gridCol w:w="1531"/>
        <w:gridCol w:w="1110"/>
        <w:gridCol w:w="898"/>
        <w:gridCol w:w="964"/>
        <w:gridCol w:w="915"/>
        <w:gridCol w:w="912"/>
        <w:gridCol w:w="912"/>
        <w:gridCol w:w="909"/>
        <w:gridCol w:w="915"/>
        <w:gridCol w:w="1824"/>
      </w:tblGrid>
      <w:tr w:rsidR="00FD1AB0" w:rsidRPr="00DC331C" w14:paraId="1FD69826" w14:textId="77777777" w:rsidTr="00845860">
        <w:trPr>
          <w:jc w:val="center"/>
        </w:trPr>
        <w:tc>
          <w:tcPr>
            <w:tcW w:w="10890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4BE80A0E" w14:textId="77777777" w:rsidR="00FD1AB0" w:rsidRPr="00DC331C" w:rsidRDefault="00000000">
            <w:pPr>
              <w:spacing w:before="10" w:after="10" w:line="240" w:lineRule="auto"/>
            </w:pPr>
            <w:r w:rsidRPr="00DC331C">
              <w:rPr>
                <w:rFonts w:ascii="Times New Roman" w:hAnsi="Times New Roman"/>
                <w:b/>
              </w:rPr>
              <w:t>2. SOLICITANTUL</w:t>
            </w:r>
          </w:p>
        </w:tc>
      </w:tr>
      <w:tr w:rsidR="00FD1AB0" w:rsidRPr="00DC331C" w14:paraId="02DFC4F4" w14:textId="77777777" w:rsidTr="00845860">
        <w:trPr>
          <w:trHeight w:val="353"/>
          <w:jc w:val="center"/>
        </w:trPr>
        <w:tc>
          <w:tcPr>
            <w:tcW w:w="724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0697B436" w14:textId="77777777" w:rsidR="00FD1AB0" w:rsidRPr="00DC331C" w:rsidRDefault="00000000">
            <w:pPr>
              <w:spacing w:after="0" w:line="240" w:lineRule="auto"/>
            </w:pPr>
            <w:proofErr w:type="spellStart"/>
            <w:r w:rsidRPr="00DC331C">
              <w:rPr>
                <w:rFonts w:ascii="Times New Roman" w:hAnsi="Times New Roman"/>
                <w:b/>
                <w:color w:val="004682"/>
              </w:rPr>
              <w:t>Nume</w:t>
            </w:r>
            <w:proofErr w:type="spellEnd"/>
            <w:r w:rsidRPr="00DC331C">
              <w:rPr>
                <w:rFonts w:ascii="Times New Roman" w:hAnsi="Times New Roman"/>
                <w:b/>
                <w:color w:val="004682"/>
              </w:rPr>
              <w:t xml:space="preserve"> </w:t>
            </w:r>
            <w:proofErr w:type="spellStart"/>
            <w:r w:rsidRPr="00DC331C">
              <w:rPr>
                <w:rFonts w:ascii="Times New Roman" w:hAnsi="Times New Roman"/>
                <w:b/>
                <w:color w:val="004682"/>
              </w:rPr>
              <w:t>și</w:t>
            </w:r>
            <w:proofErr w:type="spellEnd"/>
            <w:r w:rsidRPr="00DC331C">
              <w:rPr>
                <w:rFonts w:ascii="Times New Roman" w:hAnsi="Times New Roman"/>
                <w:b/>
                <w:color w:val="004682"/>
              </w:rPr>
              <w:t xml:space="preserve"> </w:t>
            </w:r>
            <w:proofErr w:type="spellStart"/>
            <w:r w:rsidRPr="00DC331C">
              <w:rPr>
                <w:rFonts w:ascii="Times New Roman" w:hAnsi="Times New Roman"/>
                <w:b/>
                <w:color w:val="004682"/>
              </w:rPr>
              <w:t>prenume</w:t>
            </w:r>
            <w:proofErr w:type="spellEnd"/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04E93D42" w14:textId="77777777" w:rsidR="00FD1AB0" w:rsidRPr="00DC331C" w:rsidRDefault="00000000">
            <w:pPr>
              <w:spacing w:after="0" w:line="240" w:lineRule="auto"/>
            </w:pPr>
            <w:r w:rsidRPr="00DC331C">
              <w:rPr>
                <w:rFonts w:ascii="Times New Roman" w:hAnsi="Times New Roman"/>
                <w:b/>
                <w:color w:val="004682"/>
              </w:rPr>
              <w:t>CNP</w:t>
            </w:r>
          </w:p>
        </w:tc>
      </w:tr>
      <w:tr w:rsidR="00FD1AB0" w:rsidRPr="00DC331C" w14:paraId="7BA51D64" w14:textId="77777777" w:rsidTr="00845860">
        <w:trPr>
          <w:trHeight w:val="391"/>
          <w:jc w:val="center"/>
        </w:trPr>
        <w:tc>
          <w:tcPr>
            <w:tcW w:w="10890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5D936C0D" w14:textId="77777777" w:rsidR="00FD1AB0" w:rsidRPr="00DC331C" w:rsidRDefault="00000000">
            <w:pPr>
              <w:spacing w:after="0" w:line="240" w:lineRule="auto"/>
            </w:pPr>
            <w:r w:rsidRPr="00DC331C">
              <w:rPr>
                <w:rFonts w:ascii="Times New Roman" w:hAnsi="Times New Roman"/>
                <w:color w:val="000000"/>
              </w:rPr>
              <w:t xml:space="preserve">Act de </w:t>
            </w:r>
            <w:proofErr w:type="spellStart"/>
            <w:r w:rsidRPr="00DC331C">
              <w:rPr>
                <w:rFonts w:ascii="Times New Roman" w:hAnsi="Times New Roman"/>
                <w:color w:val="000000"/>
              </w:rPr>
              <w:t>identitate</w:t>
            </w:r>
            <w:proofErr w:type="spellEnd"/>
          </w:p>
        </w:tc>
      </w:tr>
      <w:tr w:rsidR="00FD1AB0" w:rsidRPr="00DC331C" w14:paraId="7E89E0CA" w14:textId="77777777" w:rsidTr="00845860">
        <w:trPr>
          <w:trHeight w:val="397"/>
          <w:jc w:val="center"/>
        </w:trPr>
        <w:tc>
          <w:tcPr>
            <w:tcW w:w="1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0865810A" w14:textId="77777777" w:rsidR="00FD1AB0" w:rsidRPr="00DC331C" w:rsidRDefault="00000000">
            <w:pPr>
              <w:spacing w:after="0" w:line="240" w:lineRule="auto"/>
            </w:pPr>
            <w:r w:rsidRPr="00DC331C">
              <w:rPr>
                <w:rFonts w:ascii="Times New Roman" w:hAnsi="Times New Roman"/>
                <w:b/>
                <w:color w:val="004682"/>
              </w:rPr>
              <w:t>Seria</w:t>
            </w:r>
          </w:p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39140BEA" w14:textId="77777777" w:rsidR="00FD1AB0" w:rsidRPr="00DC331C" w:rsidRDefault="00000000">
            <w:pPr>
              <w:spacing w:after="0" w:line="240" w:lineRule="auto"/>
            </w:pPr>
            <w:proofErr w:type="spellStart"/>
            <w:r w:rsidRPr="00DC331C">
              <w:rPr>
                <w:rFonts w:ascii="Times New Roman" w:hAnsi="Times New Roman"/>
                <w:b/>
                <w:color w:val="004682"/>
              </w:rPr>
              <w:t>Numărul</w:t>
            </w:r>
            <w:proofErr w:type="spellEnd"/>
          </w:p>
        </w:tc>
        <w:tc>
          <w:tcPr>
            <w:tcW w:w="5510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5119DB16" w14:textId="77777777" w:rsidR="00FD1AB0" w:rsidRPr="00DC331C" w:rsidRDefault="00000000">
            <w:pPr>
              <w:spacing w:after="0" w:line="240" w:lineRule="auto"/>
            </w:pPr>
            <w:proofErr w:type="spellStart"/>
            <w:r w:rsidRPr="00DC331C">
              <w:rPr>
                <w:rFonts w:ascii="Times New Roman" w:hAnsi="Times New Roman"/>
                <w:b/>
                <w:color w:val="004682"/>
              </w:rPr>
              <w:t>Eliberat</w:t>
            </w:r>
            <w:proofErr w:type="spellEnd"/>
            <w:r w:rsidRPr="00DC331C">
              <w:rPr>
                <w:rFonts w:ascii="Times New Roman" w:hAnsi="Times New Roman"/>
                <w:b/>
                <w:color w:val="004682"/>
              </w:rPr>
              <w:t xml:space="preserve"> de</w:t>
            </w:r>
          </w:p>
        </w:tc>
        <w:tc>
          <w:tcPr>
            <w:tcW w:w="273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67F6B4FB" w14:textId="77777777" w:rsidR="00FD1AB0" w:rsidRPr="00DC331C" w:rsidRDefault="00000000">
            <w:pPr>
              <w:spacing w:after="0" w:line="240" w:lineRule="auto"/>
            </w:pPr>
            <w:r w:rsidRPr="00DC331C">
              <w:rPr>
                <w:rFonts w:ascii="Times New Roman" w:hAnsi="Times New Roman"/>
                <w:b/>
                <w:color w:val="004682"/>
              </w:rPr>
              <w:t>La data</w:t>
            </w:r>
          </w:p>
        </w:tc>
      </w:tr>
      <w:tr w:rsidR="00FD1AB0" w:rsidRPr="00DC331C" w14:paraId="296CCC3E" w14:textId="77777777" w:rsidTr="00845860">
        <w:trPr>
          <w:jc w:val="center"/>
        </w:trPr>
        <w:tc>
          <w:tcPr>
            <w:tcW w:w="10890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0A819CE6" w14:textId="77777777" w:rsidR="00FD1AB0" w:rsidRPr="00DC331C" w:rsidRDefault="00000000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DC331C">
              <w:rPr>
                <w:rFonts w:ascii="Times New Roman" w:hAnsi="Times New Roman"/>
                <w:b/>
                <w:bCs/>
                <w:color w:val="000000"/>
              </w:rPr>
              <w:t>Domiciliul</w:t>
            </w:r>
            <w:proofErr w:type="spellEnd"/>
          </w:p>
        </w:tc>
      </w:tr>
      <w:tr w:rsidR="00FD1AB0" w:rsidRPr="00DC331C" w14:paraId="273AEF18" w14:textId="77777777" w:rsidTr="00845860">
        <w:trPr>
          <w:trHeight w:val="321"/>
          <w:jc w:val="center"/>
        </w:trPr>
        <w:tc>
          <w:tcPr>
            <w:tcW w:w="264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4DE43233" w14:textId="77777777" w:rsidR="00FD1AB0" w:rsidRPr="00DC331C" w:rsidRDefault="00000000">
            <w:pPr>
              <w:spacing w:after="0" w:line="240" w:lineRule="auto"/>
            </w:pPr>
            <w:proofErr w:type="spellStart"/>
            <w:r w:rsidRPr="00DC331C">
              <w:rPr>
                <w:rFonts w:ascii="Times New Roman" w:hAnsi="Times New Roman"/>
                <w:b/>
                <w:color w:val="004682"/>
              </w:rPr>
              <w:t>Județul</w:t>
            </w:r>
            <w:proofErr w:type="spellEnd"/>
          </w:p>
        </w:tc>
        <w:tc>
          <w:tcPr>
            <w:tcW w:w="460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4666B9E6" w14:textId="77777777" w:rsidR="00FD1AB0" w:rsidRPr="00DC331C" w:rsidRDefault="00000000">
            <w:pPr>
              <w:spacing w:after="0" w:line="240" w:lineRule="auto"/>
            </w:pPr>
            <w:proofErr w:type="spellStart"/>
            <w:r w:rsidRPr="00DC331C">
              <w:rPr>
                <w:rFonts w:ascii="Times New Roman" w:hAnsi="Times New Roman"/>
                <w:b/>
                <w:color w:val="004682"/>
              </w:rPr>
              <w:t>Municipiul</w:t>
            </w:r>
            <w:proofErr w:type="spellEnd"/>
            <w:r w:rsidRPr="00DC331C">
              <w:rPr>
                <w:rFonts w:ascii="Times New Roman" w:hAnsi="Times New Roman"/>
                <w:b/>
                <w:color w:val="004682"/>
              </w:rPr>
              <w:t xml:space="preserve"> / </w:t>
            </w:r>
            <w:proofErr w:type="spellStart"/>
            <w:r w:rsidRPr="00DC331C">
              <w:rPr>
                <w:rFonts w:ascii="Times New Roman" w:hAnsi="Times New Roman"/>
                <w:b/>
                <w:color w:val="004682"/>
              </w:rPr>
              <w:t>orașul</w:t>
            </w:r>
            <w:proofErr w:type="spellEnd"/>
            <w:r w:rsidRPr="00DC331C">
              <w:rPr>
                <w:rFonts w:ascii="Times New Roman" w:hAnsi="Times New Roman"/>
                <w:b/>
                <w:color w:val="004682"/>
              </w:rPr>
              <w:t xml:space="preserve"> / </w:t>
            </w:r>
            <w:proofErr w:type="spellStart"/>
            <w:r w:rsidRPr="00DC331C">
              <w:rPr>
                <w:rFonts w:ascii="Times New Roman" w:hAnsi="Times New Roman"/>
                <w:b/>
                <w:color w:val="004682"/>
              </w:rPr>
              <w:t>comuna</w:t>
            </w:r>
            <w:proofErr w:type="spellEnd"/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6DF6918E" w14:textId="77777777" w:rsidR="00FD1AB0" w:rsidRPr="00DC331C" w:rsidRDefault="00000000">
            <w:pPr>
              <w:spacing w:after="0" w:line="240" w:lineRule="auto"/>
            </w:pPr>
            <w:proofErr w:type="spellStart"/>
            <w:r w:rsidRPr="00DC331C">
              <w:rPr>
                <w:rFonts w:ascii="Times New Roman" w:hAnsi="Times New Roman"/>
                <w:b/>
                <w:color w:val="004682"/>
              </w:rPr>
              <w:t>Satul</w:t>
            </w:r>
            <w:proofErr w:type="spellEnd"/>
            <w:r w:rsidRPr="00DC331C">
              <w:rPr>
                <w:rFonts w:ascii="Times New Roman" w:hAnsi="Times New Roman"/>
                <w:b/>
                <w:color w:val="004682"/>
              </w:rPr>
              <w:t xml:space="preserve"> / </w:t>
            </w:r>
            <w:proofErr w:type="spellStart"/>
            <w:r w:rsidRPr="00DC331C">
              <w:rPr>
                <w:rFonts w:ascii="Times New Roman" w:hAnsi="Times New Roman"/>
                <w:b/>
                <w:color w:val="004682"/>
              </w:rPr>
              <w:t>sectorul</w:t>
            </w:r>
            <w:proofErr w:type="spellEnd"/>
          </w:p>
        </w:tc>
      </w:tr>
      <w:tr w:rsidR="00FD1AB0" w:rsidRPr="00DC331C" w14:paraId="70FA8AC6" w14:textId="77777777" w:rsidTr="00845860">
        <w:trPr>
          <w:trHeight w:val="383"/>
          <w:jc w:val="center"/>
        </w:trPr>
        <w:tc>
          <w:tcPr>
            <w:tcW w:w="353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1AF344F6" w14:textId="77777777" w:rsidR="00FD1AB0" w:rsidRPr="00DC331C" w:rsidRDefault="00000000">
            <w:pPr>
              <w:spacing w:after="0" w:line="240" w:lineRule="auto"/>
            </w:pPr>
            <w:r w:rsidRPr="00DC331C">
              <w:rPr>
                <w:rFonts w:ascii="Times New Roman" w:hAnsi="Times New Roman"/>
                <w:b/>
                <w:color w:val="004682"/>
              </w:rPr>
              <w:t>Strada</w:t>
            </w:r>
          </w:p>
        </w:tc>
        <w:tc>
          <w:tcPr>
            <w:tcW w:w="9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01A951A9" w14:textId="77777777" w:rsidR="00FD1AB0" w:rsidRPr="00DC331C" w:rsidRDefault="00000000">
            <w:pPr>
              <w:spacing w:after="0" w:line="240" w:lineRule="auto"/>
            </w:pPr>
            <w:r w:rsidRPr="00DC331C">
              <w:rPr>
                <w:rFonts w:ascii="Times New Roman" w:hAnsi="Times New Roman"/>
                <w:b/>
                <w:color w:val="004682"/>
              </w:rPr>
              <w:t>Nr.</w:t>
            </w:r>
          </w:p>
        </w:tc>
        <w:tc>
          <w:tcPr>
            <w:tcW w:w="9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57AE6E06" w14:textId="77777777" w:rsidR="00FD1AB0" w:rsidRPr="00DC331C" w:rsidRDefault="00000000">
            <w:pPr>
              <w:spacing w:after="0" w:line="240" w:lineRule="auto"/>
            </w:pPr>
            <w:r w:rsidRPr="00DC331C">
              <w:rPr>
                <w:rFonts w:ascii="Times New Roman" w:hAnsi="Times New Roman"/>
                <w:b/>
                <w:color w:val="004682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59BFCDC5" w14:textId="77777777" w:rsidR="00FD1AB0" w:rsidRPr="00DC331C" w:rsidRDefault="00000000">
            <w:pPr>
              <w:spacing w:after="0" w:line="240" w:lineRule="auto"/>
            </w:pPr>
            <w:r w:rsidRPr="00DC331C">
              <w:rPr>
                <w:rFonts w:ascii="Times New Roman" w:hAnsi="Times New Roman"/>
                <w:b/>
                <w:color w:val="004682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2E45F1F5" w14:textId="77777777" w:rsidR="00FD1AB0" w:rsidRPr="00DC331C" w:rsidRDefault="00000000">
            <w:pPr>
              <w:spacing w:after="0" w:line="240" w:lineRule="auto"/>
            </w:pPr>
            <w:r w:rsidRPr="00DC331C">
              <w:rPr>
                <w:rFonts w:ascii="Times New Roman" w:hAnsi="Times New Roman"/>
                <w:b/>
                <w:color w:val="004682"/>
              </w:rPr>
              <w:t>Ap.</w:t>
            </w:r>
          </w:p>
        </w:tc>
        <w:tc>
          <w:tcPr>
            <w:tcW w:w="18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4C60135A" w14:textId="77777777" w:rsidR="00FD1AB0" w:rsidRPr="00DC331C" w:rsidRDefault="00000000">
            <w:pPr>
              <w:spacing w:after="0" w:line="240" w:lineRule="auto"/>
            </w:pPr>
            <w:r w:rsidRPr="00DC331C">
              <w:rPr>
                <w:rFonts w:ascii="Times New Roman" w:hAnsi="Times New Roman"/>
                <w:b/>
                <w:color w:val="004682"/>
              </w:rPr>
              <w:t xml:space="preserve">Cod </w:t>
            </w:r>
            <w:proofErr w:type="spellStart"/>
            <w:r w:rsidRPr="00DC331C">
              <w:rPr>
                <w:rFonts w:ascii="Times New Roman" w:hAnsi="Times New Roman"/>
                <w:b/>
                <w:color w:val="004682"/>
              </w:rPr>
              <w:t>poștal</w:t>
            </w:r>
            <w:proofErr w:type="spellEnd"/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1CD34B40" w14:textId="77777777" w:rsidR="00FD1AB0" w:rsidRPr="00DC331C" w:rsidRDefault="00000000">
            <w:pPr>
              <w:spacing w:after="0" w:line="240" w:lineRule="auto"/>
            </w:pPr>
            <w:proofErr w:type="spellStart"/>
            <w:r w:rsidRPr="00DC331C">
              <w:rPr>
                <w:rFonts w:ascii="Times New Roman" w:hAnsi="Times New Roman"/>
                <w:b/>
                <w:color w:val="004682"/>
              </w:rPr>
              <w:t>Țara</w:t>
            </w:r>
            <w:proofErr w:type="spellEnd"/>
          </w:p>
        </w:tc>
      </w:tr>
      <w:tr w:rsidR="00FD1AB0" w:rsidRPr="00DC331C" w14:paraId="6DD8CC61" w14:textId="77777777" w:rsidTr="00845860">
        <w:trPr>
          <w:jc w:val="center"/>
        </w:trPr>
        <w:tc>
          <w:tcPr>
            <w:tcW w:w="10890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56AAB46E" w14:textId="77777777" w:rsidR="00FD1AB0" w:rsidRPr="00DC331C" w:rsidRDefault="00000000">
            <w:pPr>
              <w:spacing w:after="0" w:line="240" w:lineRule="auto"/>
              <w:rPr>
                <w:b/>
                <w:bCs/>
              </w:rPr>
            </w:pPr>
            <w:r w:rsidRPr="00DC331C">
              <w:rPr>
                <w:rFonts w:ascii="Times New Roman" w:hAnsi="Times New Roman"/>
                <w:b/>
                <w:bCs/>
                <w:color w:val="000000"/>
              </w:rPr>
              <w:t>Date de contact</w:t>
            </w:r>
          </w:p>
        </w:tc>
      </w:tr>
      <w:tr w:rsidR="00FD1AB0" w:rsidRPr="00DC331C" w14:paraId="3E7B76A2" w14:textId="77777777" w:rsidTr="00845860">
        <w:trPr>
          <w:trHeight w:val="463"/>
          <w:jc w:val="center"/>
        </w:trPr>
        <w:tc>
          <w:tcPr>
            <w:tcW w:w="5418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31259F13" w14:textId="77777777" w:rsidR="00FD1AB0" w:rsidRPr="00DC331C" w:rsidRDefault="00000000">
            <w:pPr>
              <w:spacing w:after="0" w:line="240" w:lineRule="auto"/>
            </w:pPr>
            <w:proofErr w:type="spellStart"/>
            <w:r w:rsidRPr="00DC331C">
              <w:rPr>
                <w:rFonts w:ascii="Times New Roman" w:hAnsi="Times New Roman"/>
                <w:b/>
                <w:color w:val="004682"/>
              </w:rPr>
              <w:t>Telefon</w:t>
            </w:r>
            <w:proofErr w:type="spellEnd"/>
            <w:r w:rsidRPr="00DC331C">
              <w:rPr>
                <w:rFonts w:ascii="Times New Roman" w:hAnsi="Times New Roman"/>
                <w:b/>
                <w:color w:val="004682"/>
              </w:rPr>
              <w:t xml:space="preserve"> / fax</w:t>
            </w:r>
          </w:p>
        </w:tc>
        <w:tc>
          <w:tcPr>
            <w:tcW w:w="547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0B545CDE" w14:textId="77777777" w:rsidR="00FD1AB0" w:rsidRPr="00DC331C" w:rsidRDefault="00000000">
            <w:pPr>
              <w:spacing w:after="0" w:line="240" w:lineRule="auto"/>
            </w:pPr>
            <w:r w:rsidRPr="00DC331C">
              <w:rPr>
                <w:rFonts w:ascii="Times New Roman" w:hAnsi="Times New Roman"/>
                <w:b/>
                <w:color w:val="004682"/>
              </w:rPr>
              <w:t>E-mail</w:t>
            </w:r>
          </w:p>
        </w:tc>
      </w:tr>
    </w:tbl>
    <w:p w14:paraId="2182F15B" w14:textId="77777777" w:rsidR="00FD1AB0" w:rsidRPr="00845860" w:rsidRDefault="00FD1AB0">
      <w:pPr>
        <w:spacing w:before="20" w:after="0"/>
        <w:rPr>
          <w:sz w:val="18"/>
          <w:szCs w:val="18"/>
        </w:rPr>
      </w:pPr>
    </w:p>
    <w:tbl>
      <w:tblPr>
        <w:tblW w:w="10777" w:type="dxa"/>
        <w:jc w:val="center"/>
        <w:tblLayout w:type="fixed"/>
        <w:tblLook w:val="04A0" w:firstRow="1" w:lastRow="0" w:firstColumn="1" w:lastColumn="0" w:noHBand="0" w:noVBand="1"/>
      </w:tblPr>
      <w:tblGrid>
        <w:gridCol w:w="3481"/>
        <w:gridCol w:w="3648"/>
        <w:gridCol w:w="3648"/>
      </w:tblGrid>
      <w:tr w:rsidR="00FD1AB0" w:rsidRPr="00DC331C" w14:paraId="29D0924F" w14:textId="77777777" w:rsidTr="00EC3743">
        <w:trPr>
          <w:jc w:val="center"/>
        </w:trPr>
        <w:tc>
          <w:tcPr>
            <w:tcW w:w="1077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3771F4FE" w14:textId="77777777" w:rsidR="00FD1AB0" w:rsidRPr="00DC331C" w:rsidRDefault="00000000">
            <w:pPr>
              <w:spacing w:before="10" w:after="10" w:line="240" w:lineRule="auto"/>
              <w:rPr>
                <w:sz w:val="20"/>
                <w:szCs w:val="20"/>
              </w:rPr>
            </w:pPr>
            <w:r w:rsidRPr="00DC331C">
              <w:rPr>
                <w:rFonts w:ascii="Times New Roman" w:hAnsi="Times New Roman"/>
                <w:b/>
                <w:sz w:val="20"/>
                <w:szCs w:val="20"/>
              </w:rPr>
              <w:t>3. TITULAR AL AUTORIZAȚIEI DE CONSTRUIRE/DESFIINȚARE</w:t>
            </w:r>
          </w:p>
        </w:tc>
      </w:tr>
      <w:tr w:rsidR="00FD1AB0" w:rsidRPr="00DC331C" w14:paraId="2A151C0A" w14:textId="77777777" w:rsidTr="00845860">
        <w:trPr>
          <w:trHeight w:val="402"/>
          <w:jc w:val="center"/>
        </w:trPr>
        <w:tc>
          <w:tcPr>
            <w:tcW w:w="3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4189B8F7" w14:textId="77777777" w:rsidR="00FD1AB0" w:rsidRPr="00DC331C" w:rsidRDefault="00000000">
            <w:pPr>
              <w:spacing w:after="0" w:line="240" w:lineRule="auto"/>
              <w:rPr>
                <w:sz w:val="20"/>
                <w:szCs w:val="20"/>
              </w:rPr>
            </w:pPr>
            <w:r w:rsidRPr="00DC331C">
              <w:rPr>
                <w:rFonts w:ascii="Times New Roman" w:hAnsi="Times New Roman"/>
                <w:b/>
                <w:color w:val="004682"/>
                <w:sz w:val="20"/>
                <w:szCs w:val="20"/>
              </w:rPr>
              <w:t>Nr.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5B89B485" w14:textId="77777777" w:rsidR="00FD1AB0" w:rsidRPr="00DC331C" w:rsidRDefault="00000000">
            <w:pPr>
              <w:spacing w:after="0" w:line="240" w:lineRule="auto"/>
              <w:rPr>
                <w:sz w:val="20"/>
                <w:szCs w:val="20"/>
              </w:rPr>
            </w:pPr>
            <w:r w:rsidRPr="00DC331C">
              <w:rPr>
                <w:rFonts w:ascii="Times New Roman" w:hAnsi="Times New Roman"/>
                <w:b/>
                <w:color w:val="004682"/>
                <w:sz w:val="20"/>
                <w:szCs w:val="20"/>
              </w:rPr>
              <w:t>Din data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4CDF3585" w14:textId="77777777" w:rsidR="00FD1AB0" w:rsidRPr="00DC331C" w:rsidRDefault="0000000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C331C">
              <w:rPr>
                <w:rFonts w:ascii="Times New Roman" w:hAnsi="Times New Roman"/>
                <w:b/>
                <w:color w:val="004682"/>
                <w:sz w:val="20"/>
                <w:szCs w:val="20"/>
              </w:rPr>
              <w:t>Emisă</w:t>
            </w:r>
            <w:proofErr w:type="spellEnd"/>
            <w:r w:rsidRPr="00DC331C">
              <w:rPr>
                <w:rFonts w:ascii="Times New Roman" w:hAnsi="Times New Roman"/>
                <w:b/>
                <w:color w:val="004682"/>
                <w:sz w:val="20"/>
                <w:szCs w:val="20"/>
              </w:rPr>
              <w:t xml:space="preserve"> de</w:t>
            </w:r>
          </w:p>
        </w:tc>
      </w:tr>
      <w:tr w:rsidR="00FD1AB0" w:rsidRPr="00DC331C" w14:paraId="124381BB" w14:textId="77777777" w:rsidTr="00EC3743">
        <w:trPr>
          <w:trHeight w:val="390"/>
          <w:jc w:val="center"/>
        </w:trPr>
        <w:tc>
          <w:tcPr>
            <w:tcW w:w="1077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06E1749E" w14:textId="77777777" w:rsidR="00FD1AB0" w:rsidRPr="00DC331C" w:rsidRDefault="00000000">
            <w:pPr>
              <w:spacing w:after="10" w:line="240" w:lineRule="auto"/>
              <w:rPr>
                <w:sz w:val="20"/>
                <w:szCs w:val="20"/>
              </w:rPr>
            </w:pPr>
            <w:proofErr w:type="spellStart"/>
            <w:r w:rsidRPr="00DC331C">
              <w:rPr>
                <w:rFonts w:ascii="Times New Roman" w:hAnsi="Times New Roman"/>
                <w:i/>
                <w:sz w:val="20"/>
                <w:szCs w:val="20"/>
              </w:rPr>
              <w:t>emisă</w:t>
            </w:r>
            <w:proofErr w:type="spellEnd"/>
            <w:r w:rsidRPr="00DC331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C331C">
              <w:rPr>
                <w:rFonts w:ascii="Times New Roman" w:hAnsi="Times New Roman"/>
                <w:i/>
                <w:sz w:val="20"/>
                <w:szCs w:val="20"/>
              </w:rPr>
              <w:t>pentru</w:t>
            </w:r>
            <w:proofErr w:type="spellEnd"/>
            <w:r w:rsidRPr="00DC331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C331C">
              <w:rPr>
                <w:rFonts w:ascii="Times New Roman" w:hAnsi="Times New Roman"/>
                <w:i/>
                <w:sz w:val="20"/>
                <w:szCs w:val="20"/>
              </w:rPr>
              <w:t>executarea</w:t>
            </w:r>
            <w:proofErr w:type="spellEnd"/>
            <w:r w:rsidRPr="00DC331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C331C">
              <w:rPr>
                <w:rFonts w:ascii="Times New Roman" w:hAnsi="Times New Roman"/>
                <w:i/>
                <w:sz w:val="20"/>
                <w:szCs w:val="20"/>
              </w:rPr>
              <w:t>lucrărilor</w:t>
            </w:r>
            <w:proofErr w:type="spellEnd"/>
            <w:r w:rsidRPr="00DC331C">
              <w:rPr>
                <w:rFonts w:ascii="Times New Roman" w:hAnsi="Times New Roman"/>
                <w:i/>
                <w:sz w:val="20"/>
                <w:szCs w:val="20"/>
              </w:rPr>
              <w:t xml:space="preserve"> de </w:t>
            </w:r>
            <w:proofErr w:type="spellStart"/>
            <w:r w:rsidRPr="00DC331C">
              <w:rPr>
                <w:rFonts w:ascii="Times New Roman" w:hAnsi="Times New Roman"/>
                <w:i/>
                <w:sz w:val="20"/>
                <w:szCs w:val="20"/>
              </w:rPr>
              <w:t>construcții</w:t>
            </w:r>
            <w:proofErr w:type="spellEnd"/>
            <w:r w:rsidRPr="00DC331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C331C">
              <w:rPr>
                <w:rFonts w:ascii="Times New Roman" w:hAnsi="Times New Roman"/>
                <w:i/>
                <w:sz w:val="20"/>
                <w:szCs w:val="20"/>
              </w:rPr>
              <w:t>privind</w:t>
            </w:r>
            <w:proofErr w:type="spellEnd"/>
            <w:r w:rsidRPr="00DC331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C331C">
              <w:rPr>
                <w:rFonts w:ascii="Times New Roman" w:hAnsi="Times New Roman"/>
                <w:i/>
                <w:sz w:val="20"/>
                <w:szCs w:val="20"/>
              </w:rPr>
              <w:t>construirea</w:t>
            </w:r>
            <w:proofErr w:type="spellEnd"/>
            <w:r w:rsidRPr="00DC331C">
              <w:rPr>
                <w:rFonts w:ascii="Times New Roman" w:hAnsi="Times New Roman"/>
                <w:i/>
                <w:sz w:val="20"/>
                <w:szCs w:val="20"/>
              </w:rPr>
              <w:t xml:space="preserve"> / </w:t>
            </w:r>
            <w:proofErr w:type="spellStart"/>
            <w:r w:rsidRPr="00DC331C">
              <w:rPr>
                <w:rFonts w:ascii="Times New Roman" w:hAnsi="Times New Roman"/>
                <w:i/>
                <w:sz w:val="20"/>
                <w:szCs w:val="20"/>
              </w:rPr>
              <w:t>desființarea</w:t>
            </w:r>
            <w:proofErr w:type="spellEnd"/>
            <w:r w:rsidRPr="00DC331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C331C">
              <w:rPr>
                <w:rFonts w:ascii="Times New Roman" w:hAnsi="Times New Roman"/>
                <w:i/>
                <w:sz w:val="20"/>
                <w:szCs w:val="20"/>
              </w:rPr>
              <w:t>construcțiilor</w:t>
            </w:r>
            <w:proofErr w:type="spellEnd"/>
            <w:r w:rsidRPr="00DC331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C331C">
              <w:rPr>
                <w:rFonts w:ascii="Times New Roman" w:hAnsi="Times New Roman"/>
                <w:i/>
                <w:sz w:val="20"/>
                <w:szCs w:val="20"/>
              </w:rPr>
              <w:t>și</w:t>
            </w:r>
            <w:proofErr w:type="spellEnd"/>
            <w:r w:rsidRPr="00DC331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C331C">
              <w:rPr>
                <w:rFonts w:ascii="Times New Roman" w:hAnsi="Times New Roman"/>
                <w:i/>
                <w:sz w:val="20"/>
                <w:szCs w:val="20"/>
              </w:rPr>
              <w:t>amenajărilor</w:t>
            </w:r>
            <w:proofErr w:type="spellEnd"/>
          </w:p>
        </w:tc>
      </w:tr>
      <w:tr w:rsidR="00FD1AB0" w:rsidRPr="00DC331C" w14:paraId="7183E157" w14:textId="77777777" w:rsidTr="00845860">
        <w:trPr>
          <w:trHeight w:val="557"/>
          <w:jc w:val="center"/>
        </w:trPr>
        <w:tc>
          <w:tcPr>
            <w:tcW w:w="1077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42D49C7B" w14:textId="5CC84FB9" w:rsidR="00FD1AB0" w:rsidRPr="00DC331C" w:rsidRDefault="0000000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C33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Denumirea</w:t>
            </w:r>
            <w:proofErr w:type="spellEnd"/>
            <w:r w:rsidRPr="00DC33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33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lucrării</w:t>
            </w:r>
            <w:proofErr w:type="spellEnd"/>
            <w:r w:rsidRPr="00DC33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C33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capacitatea</w:t>
            </w:r>
            <w:proofErr w:type="spellEnd"/>
            <w:r w:rsidRPr="00DC33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33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și</w:t>
            </w:r>
            <w:proofErr w:type="spellEnd"/>
            <w:r w:rsidRPr="00DC33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33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categoria</w:t>
            </w:r>
            <w:proofErr w:type="spellEnd"/>
            <w:r w:rsidRPr="00DC33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DC33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lucrări</w:t>
            </w:r>
            <w:proofErr w:type="spellEnd"/>
            <w:r w:rsidRPr="00DC33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din </w:t>
            </w:r>
            <w:proofErr w:type="spellStart"/>
            <w:r w:rsidRPr="00DC33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autorizație</w:t>
            </w:r>
            <w:proofErr w:type="spellEnd"/>
            <w:r w:rsidRPr="00DC33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br/>
            </w:r>
          </w:p>
        </w:tc>
      </w:tr>
      <w:tr w:rsidR="00FD1AB0" w:rsidRPr="00DC331C" w14:paraId="2986943A" w14:textId="77777777" w:rsidTr="00EC3743">
        <w:trPr>
          <w:trHeight w:val="251"/>
          <w:jc w:val="center"/>
        </w:trPr>
        <w:tc>
          <w:tcPr>
            <w:tcW w:w="1077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6B68AB75" w14:textId="77777777" w:rsidR="00FD1AB0" w:rsidRPr="00DC331C" w:rsidRDefault="0000000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C331C">
              <w:rPr>
                <w:rFonts w:ascii="Times New Roman" w:hAnsi="Times New Roman"/>
                <w:b/>
                <w:color w:val="004682"/>
                <w:sz w:val="20"/>
                <w:szCs w:val="20"/>
              </w:rPr>
              <w:t>în</w:t>
            </w:r>
            <w:proofErr w:type="spellEnd"/>
            <w:r w:rsidRPr="00DC331C">
              <w:rPr>
                <w:rFonts w:ascii="Times New Roman" w:hAnsi="Times New Roman"/>
                <w:b/>
                <w:color w:val="004682"/>
                <w:sz w:val="20"/>
                <w:szCs w:val="20"/>
              </w:rPr>
              <w:t xml:space="preserve"> </w:t>
            </w:r>
            <w:proofErr w:type="spellStart"/>
            <w:r w:rsidRPr="00DC331C">
              <w:rPr>
                <w:rFonts w:ascii="Times New Roman" w:hAnsi="Times New Roman"/>
                <w:b/>
                <w:color w:val="004682"/>
                <w:sz w:val="20"/>
                <w:szCs w:val="20"/>
              </w:rPr>
              <w:t>valoare</w:t>
            </w:r>
            <w:proofErr w:type="spellEnd"/>
            <w:r w:rsidRPr="00DC331C">
              <w:rPr>
                <w:rFonts w:ascii="Times New Roman" w:hAnsi="Times New Roman"/>
                <w:b/>
                <w:color w:val="004682"/>
                <w:sz w:val="20"/>
                <w:szCs w:val="20"/>
              </w:rPr>
              <w:t xml:space="preserve"> de (lei)</w:t>
            </w:r>
          </w:p>
        </w:tc>
      </w:tr>
      <w:tr w:rsidR="00FD1AB0" w:rsidRPr="00DC331C" w14:paraId="03E92F4A" w14:textId="77777777" w:rsidTr="00EC3743">
        <w:trPr>
          <w:jc w:val="center"/>
        </w:trPr>
        <w:tc>
          <w:tcPr>
            <w:tcW w:w="1077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2AF13E21" w14:textId="54120114" w:rsidR="00FD1AB0" w:rsidRPr="00DC331C" w:rsidRDefault="00000000">
            <w:pPr>
              <w:spacing w:before="40" w:after="40" w:line="240" w:lineRule="auto"/>
              <w:jc w:val="center"/>
              <w:rPr>
                <w:b/>
                <w:sz w:val="20"/>
                <w:szCs w:val="20"/>
              </w:rPr>
            </w:pPr>
            <w:r w:rsidRPr="00DC331C">
              <w:rPr>
                <w:rFonts w:ascii="Times New Roman" w:hAnsi="Times New Roman"/>
                <w:b/>
              </w:rPr>
              <w:t>ADUC LA CUNOȘTINȚĂ</w:t>
            </w:r>
            <w:r w:rsidRPr="00DC331C">
              <w:rPr>
                <w:rFonts w:ascii="Times New Roman" w:hAnsi="Times New Roman"/>
                <w:b/>
              </w:rPr>
              <w:br/>
            </w:r>
            <w:proofErr w:type="spellStart"/>
            <w:r w:rsidRPr="00DC331C">
              <w:rPr>
                <w:rFonts w:ascii="Times New Roman" w:hAnsi="Times New Roman"/>
                <w:b/>
                <w:sz w:val="20"/>
                <w:szCs w:val="20"/>
              </w:rPr>
              <w:t>Că</w:t>
            </w:r>
            <w:proofErr w:type="spellEnd"/>
            <w:r w:rsidRPr="00DC331C">
              <w:rPr>
                <w:rFonts w:ascii="Times New Roman" w:hAnsi="Times New Roman"/>
                <w:b/>
                <w:sz w:val="20"/>
                <w:szCs w:val="20"/>
              </w:rPr>
              <w:t xml:space="preserve"> la data de ______________</w:t>
            </w:r>
            <w:r w:rsidR="00D92DF7" w:rsidRPr="00DC331C">
              <w:rPr>
                <w:rFonts w:ascii="Times New Roman" w:hAnsi="Times New Roman"/>
                <w:b/>
                <w:sz w:val="20"/>
                <w:szCs w:val="20"/>
              </w:rPr>
              <w:t>_____</w:t>
            </w:r>
            <w:r w:rsidRPr="00DC331C">
              <w:rPr>
                <w:rFonts w:ascii="Times New Roman" w:hAnsi="Times New Roman"/>
                <w:b/>
                <w:sz w:val="20"/>
                <w:szCs w:val="20"/>
              </w:rPr>
              <w:t xml:space="preserve">_ </w:t>
            </w:r>
            <w:proofErr w:type="spellStart"/>
            <w:r w:rsidRPr="00DC331C">
              <w:rPr>
                <w:rFonts w:ascii="Times New Roman" w:hAnsi="Times New Roman"/>
                <w:b/>
                <w:sz w:val="20"/>
                <w:szCs w:val="20"/>
              </w:rPr>
              <w:t>ora</w:t>
            </w:r>
            <w:proofErr w:type="spellEnd"/>
            <w:r w:rsidRPr="00DC331C">
              <w:rPr>
                <w:rFonts w:ascii="Times New Roman" w:hAnsi="Times New Roman"/>
                <w:b/>
                <w:sz w:val="20"/>
                <w:szCs w:val="20"/>
              </w:rPr>
              <w:t xml:space="preserve"> __</w:t>
            </w:r>
            <w:r w:rsidR="00D92DF7" w:rsidRPr="00DC331C">
              <w:rPr>
                <w:rFonts w:ascii="Times New Roman" w:hAnsi="Times New Roman"/>
                <w:b/>
                <w:sz w:val="20"/>
                <w:szCs w:val="20"/>
              </w:rPr>
              <w:t>___</w:t>
            </w:r>
            <w:r w:rsidRPr="00DC331C">
              <w:rPr>
                <w:rFonts w:ascii="Times New Roman" w:hAnsi="Times New Roman"/>
                <w:b/>
                <w:sz w:val="20"/>
                <w:szCs w:val="20"/>
              </w:rPr>
              <w:t xml:space="preserve">______ </w:t>
            </w:r>
            <w:proofErr w:type="spellStart"/>
            <w:r w:rsidRPr="00DC331C">
              <w:rPr>
                <w:rFonts w:ascii="Times New Roman" w:hAnsi="Times New Roman"/>
                <w:b/>
                <w:sz w:val="20"/>
                <w:szCs w:val="20"/>
              </w:rPr>
              <w:t>vor</w:t>
            </w:r>
            <w:proofErr w:type="spellEnd"/>
            <w:r w:rsidRPr="00DC33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331C">
              <w:rPr>
                <w:rFonts w:ascii="Times New Roman" w:hAnsi="Times New Roman"/>
                <w:b/>
                <w:sz w:val="20"/>
                <w:szCs w:val="20"/>
              </w:rPr>
              <w:t>începe</w:t>
            </w:r>
            <w:proofErr w:type="spellEnd"/>
            <w:r w:rsidRPr="00DC33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331C">
              <w:rPr>
                <w:rFonts w:ascii="Times New Roman" w:hAnsi="Times New Roman"/>
                <w:b/>
                <w:sz w:val="20"/>
                <w:szCs w:val="20"/>
              </w:rPr>
              <w:t>lucrările</w:t>
            </w:r>
            <w:proofErr w:type="spellEnd"/>
            <w:r w:rsidRPr="00DC331C">
              <w:rPr>
                <w:rFonts w:ascii="Times New Roman" w:hAnsi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DC331C">
              <w:rPr>
                <w:rFonts w:ascii="Times New Roman" w:hAnsi="Times New Roman"/>
                <w:b/>
                <w:sz w:val="20"/>
                <w:szCs w:val="20"/>
              </w:rPr>
              <w:t>construcții</w:t>
            </w:r>
            <w:proofErr w:type="spellEnd"/>
            <w:r w:rsidRPr="00DC33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331C">
              <w:rPr>
                <w:rFonts w:ascii="Times New Roman" w:hAnsi="Times New Roman"/>
                <w:b/>
                <w:sz w:val="20"/>
                <w:szCs w:val="20"/>
              </w:rPr>
              <w:t>autorizate</w:t>
            </w:r>
            <w:proofErr w:type="spellEnd"/>
            <w:r w:rsidRPr="00DC331C">
              <w:rPr>
                <w:rFonts w:ascii="Times New Roman" w:hAnsi="Times New Roman"/>
                <w:b/>
                <w:sz w:val="20"/>
                <w:szCs w:val="20"/>
              </w:rPr>
              <w:br/>
            </w:r>
            <w:proofErr w:type="spellStart"/>
            <w:r w:rsidRPr="00DC331C">
              <w:rPr>
                <w:rFonts w:ascii="Times New Roman" w:hAnsi="Times New Roman"/>
                <w:b/>
                <w:sz w:val="20"/>
                <w:szCs w:val="20"/>
              </w:rPr>
              <w:t>pentru</w:t>
            </w:r>
            <w:proofErr w:type="spellEnd"/>
            <w:r w:rsidRPr="00DC33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331C">
              <w:rPr>
                <w:rFonts w:ascii="Times New Roman" w:hAnsi="Times New Roman"/>
                <w:b/>
                <w:sz w:val="20"/>
                <w:szCs w:val="20"/>
              </w:rPr>
              <w:t>imobilul</w:t>
            </w:r>
            <w:proofErr w:type="spellEnd"/>
            <w:r w:rsidRPr="00DC331C">
              <w:rPr>
                <w:rFonts w:ascii="Times New Roman" w:hAnsi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DC331C">
              <w:rPr>
                <w:rFonts w:ascii="Times New Roman" w:hAnsi="Times New Roman"/>
                <w:b/>
                <w:sz w:val="20"/>
                <w:szCs w:val="20"/>
              </w:rPr>
              <w:t>mai</w:t>
            </w:r>
            <w:proofErr w:type="spellEnd"/>
            <w:r w:rsidRPr="00DC33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331C">
              <w:rPr>
                <w:rFonts w:ascii="Times New Roman" w:hAnsi="Times New Roman"/>
                <w:b/>
                <w:sz w:val="20"/>
                <w:szCs w:val="20"/>
              </w:rPr>
              <w:t>jos</w:t>
            </w:r>
            <w:proofErr w:type="spellEnd"/>
          </w:p>
        </w:tc>
      </w:tr>
    </w:tbl>
    <w:p w14:paraId="23C7DF4F" w14:textId="77777777" w:rsidR="00FD1AB0" w:rsidRPr="00845860" w:rsidRDefault="00FD1AB0">
      <w:pPr>
        <w:spacing w:before="20" w:after="0"/>
        <w:rPr>
          <w:sz w:val="16"/>
          <w:szCs w:val="16"/>
        </w:rPr>
      </w:pPr>
    </w:p>
    <w:tbl>
      <w:tblPr>
        <w:tblW w:w="10777" w:type="dxa"/>
        <w:jc w:val="center"/>
        <w:tblLayout w:type="fixed"/>
        <w:tblLook w:val="04A0" w:firstRow="1" w:lastRow="0" w:firstColumn="1" w:lastColumn="0" w:noHBand="0" w:noVBand="1"/>
      </w:tblPr>
      <w:tblGrid>
        <w:gridCol w:w="2569"/>
        <w:gridCol w:w="912"/>
        <w:gridCol w:w="2736"/>
        <w:gridCol w:w="912"/>
        <w:gridCol w:w="1824"/>
        <w:gridCol w:w="1824"/>
      </w:tblGrid>
      <w:tr w:rsidR="00FD1AB0" w:rsidRPr="00DC331C" w14:paraId="22F90744" w14:textId="77777777" w:rsidTr="00EC3743">
        <w:trPr>
          <w:jc w:val="center"/>
        </w:trPr>
        <w:tc>
          <w:tcPr>
            <w:tcW w:w="10777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45CEA0BB" w14:textId="77777777" w:rsidR="00FD1AB0" w:rsidRPr="00DC331C" w:rsidRDefault="00000000">
            <w:pPr>
              <w:spacing w:before="10" w:after="10" w:line="240" w:lineRule="auto"/>
              <w:rPr>
                <w:sz w:val="20"/>
                <w:szCs w:val="28"/>
              </w:rPr>
            </w:pPr>
            <w:r w:rsidRPr="00DC331C">
              <w:rPr>
                <w:rFonts w:ascii="Times New Roman" w:hAnsi="Times New Roman"/>
                <w:b/>
                <w:sz w:val="20"/>
                <w:szCs w:val="28"/>
              </w:rPr>
              <w:t>4. IMOBILUL</w:t>
            </w:r>
          </w:p>
        </w:tc>
      </w:tr>
      <w:tr w:rsidR="00FD1AB0" w:rsidRPr="00DC331C" w14:paraId="6665EA66" w14:textId="77777777" w:rsidTr="00EC3743">
        <w:trPr>
          <w:jc w:val="center"/>
        </w:trPr>
        <w:tc>
          <w:tcPr>
            <w:tcW w:w="10777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469893AB" w14:textId="77777777" w:rsidR="00FD1AB0" w:rsidRPr="00DC331C" w:rsidRDefault="00000000">
            <w:pPr>
              <w:spacing w:after="10" w:line="240" w:lineRule="auto"/>
              <w:rPr>
                <w:sz w:val="20"/>
                <w:szCs w:val="28"/>
              </w:rPr>
            </w:pPr>
            <w:r w:rsidRPr="00DC331C">
              <w:rPr>
                <w:rFonts w:ascii="Times New Roman" w:hAnsi="Times New Roman"/>
                <w:sz w:val="20"/>
                <w:szCs w:val="28"/>
              </w:rPr>
              <w:t xml:space="preserve">☐ </w:t>
            </w:r>
            <w:proofErr w:type="spellStart"/>
            <w:r w:rsidRPr="00DC331C">
              <w:rPr>
                <w:rFonts w:ascii="Times New Roman" w:hAnsi="Times New Roman"/>
                <w:sz w:val="20"/>
                <w:szCs w:val="28"/>
              </w:rPr>
              <w:t>teren</w:t>
            </w:r>
            <w:proofErr w:type="spellEnd"/>
            <w:r w:rsidRPr="00DC331C">
              <w:rPr>
                <w:rFonts w:ascii="Times New Roman" w:hAnsi="Times New Roman"/>
                <w:sz w:val="20"/>
                <w:szCs w:val="28"/>
              </w:rPr>
              <w:t xml:space="preserve">     ☐ </w:t>
            </w:r>
            <w:proofErr w:type="spellStart"/>
            <w:r w:rsidRPr="00DC331C">
              <w:rPr>
                <w:rFonts w:ascii="Times New Roman" w:hAnsi="Times New Roman"/>
                <w:sz w:val="20"/>
                <w:szCs w:val="28"/>
              </w:rPr>
              <w:t>construcții</w:t>
            </w:r>
            <w:proofErr w:type="spellEnd"/>
          </w:p>
        </w:tc>
      </w:tr>
      <w:tr w:rsidR="00FD1AB0" w:rsidRPr="00DC331C" w14:paraId="23F0D1E6" w14:textId="77777777" w:rsidTr="00EC3743">
        <w:trPr>
          <w:jc w:val="center"/>
        </w:trPr>
        <w:tc>
          <w:tcPr>
            <w:tcW w:w="348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6EDE3EBE" w14:textId="77777777" w:rsidR="00FD1AB0" w:rsidRPr="00DC331C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DC331C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Județ</w:t>
            </w:r>
            <w:proofErr w:type="spellEnd"/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5F19EA3F" w14:textId="77777777" w:rsidR="00FD1AB0" w:rsidRPr="00DC331C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DC331C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Municipiu</w:t>
            </w:r>
            <w:proofErr w:type="spellEnd"/>
            <w:r w:rsidRPr="00DC331C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/ </w:t>
            </w:r>
            <w:proofErr w:type="spellStart"/>
            <w:r w:rsidRPr="00DC331C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oraș</w:t>
            </w:r>
            <w:proofErr w:type="spellEnd"/>
            <w:r w:rsidRPr="00DC331C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/ </w:t>
            </w:r>
            <w:proofErr w:type="spellStart"/>
            <w:r w:rsidRPr="00DC331C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comună</w:t>
            </w:r>
            <w:proofErr w:type="spellEnd"/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003C4A08" w14:textId="77777777" w:rsidR="00FD1AB0" w:rsidRPr="00DC331C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DC331C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Sat / sector</w:t>
            </w:r>
          </w:p>
        </w:tc>
      </w:tr>
      <w:tr w:rsidR="00FD1AB0" w:rsidRPr="00DC331C" w14:paraId="6F03A7A6" w14:textId="77777777" w:rsidTr="00EC3743">
        <w:trPr>
          <w:jc w:val="center"/>
        </w:trPr>
        <w:tc>
          <w:tcPr>
            <w:tcW w:w="25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68B138D9" w14:textId="77777777" w:rsidR="00FD1AB0" w:rsidRPr="00DC331C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DC331C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Cod </w:t>
            </w:r>
            <w:proofErr w:type="spellStart"/>
            <w:r w:rsidRPr="00DC331C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poștal</w:t>
            </w:r>
            <w:proofErr w:type="spellEnd"/>
          </w:p>
        </w:tc>
        <w:tc>
          <w:tcPr>
            <w:tcW w:w="45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71DED251" w14:textId="77777777" w:rsidR="00FD1AB0" w:rsidRPr="00DC331C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DC331C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Strada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0C376670" w14:textId="77777777" w:rsidR="00FD1AB0" w:rsidRPr="00DC331C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DC331C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Nr.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446197A6" w14:textId="77777777" w:rsidR="00FD1AB0" w:rsidRPr="00DC331C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DC331C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Bl. / sc. / et. / ap.</w:t>
            </w:r>
          </w:p>
        </w:tc>
      </w:tr>
      <w:tr w:rsidR="00FD1AB0" w:rsidRPr="00DC331C" w14:paraId="25E74F5B" w14:textId="77777777" w:rsidTr="00EC3743">
        <w:trPr>
          <w:jc w:val="center"/>
        </w:trPr>
        <w:tc>
          <w:tcPr>
            <w:tcW w:w="621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7A437E2B" w14:textId="77777777" w:rsidR="00FD1AB0" w:rsidRPr="00DC331C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DC331C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Număr</w:t>
            </w:r>
            <w:proofErr w:type="spellEnd"/>
            <w:r w:rsidRPr="00DC331C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cadastral</w:t>
            </w:r>
            <w:r w:rsidRPr="00DC331C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br/>
            </w:r>
            <w:proofErr w:type="spellStart"/>
            <w:r w:rsidRPr="00DC331C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>dacă</w:t>
            </w:r>
            <w:proofErr w:type="spellEnd"/>
            <w:r w:rsidRPr="00DC331C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 xml:space="preserve"> </w:t>
            </w:r>
            <w:proofErr w:type="spellStart"/>
            <w:r w:rsidRPr="00DC331C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>imobilul</w:t>
            </w:r>
            <w:proofErr w:type="spellEnd"/>
            <w:r w:rsidRPr="00DC331C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 xml:space="preserve"> e </w:t>
            </w:r>
            <w:proofErr w:type="spellStart"/>
            <w:r w:rsidRPr="00DC331C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>înscris</w:t>
            </w:r>
            <w:proofErr w:type="spellEnd"/>
            <w:r w:rsidRPr="00DC331C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 xml:space="preserve"> </w:t>
            </w:r>
            <w:proofErr w:type="spellStart"/>
            <w:r w:rsidRPr="00DC331C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>în</w:t>
            </w:r>
            <w:proofErr w:type="spellEnd"/>
            <w:r w:rsidRPr="00DC331C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 xml:space="preserve"> e-Terra</w:t>
            </w:r>
          </w:p>
        </w:tc>
        <w:tc>
          <w:tcPr>
            <w:tcW w:w="45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0A4C22FF" w14:textId="77777777" w:rsidR="00FD1AB0" w:rsidRPr="00DC331C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DC331C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Carte </w:t>
            </w:r>
            <w:proofErr w:type="spellStart"/>
            <w:r w:rsidRPr="00DC331C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funciară</w:t>
            </w:r>
            <w:proofErr w:type="spellEnd"/>
            <w:r w:rsidRPr="00DC331C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nr.</w:t>
            </w:r>
          </w:p>
        </w:tc>
      </w:tr>
    </w:tbl>
    <w:p w14:paraId="35DC0ACF" w14:textId="77777777" w:rsidR="00FD1AB0" w:rsidRPr="002A57DE" w:rsidRDefault="00FD1AB0" w:rsidP="00EC3743">
      <w:pPr>
        <w:spacing w:before="20" w:after="0" w:line="240" w:lineRule="auto"/>
        <w:rPr>
          <w:sz w:val="24"/>
          <w:szCs w:val="24"/>
        </w:rPr>
      </w:pPr>
    </w:p>
    <w:tbl>
      <w:tblPr>
        <w:tblW w:w="10777" w:type="dxa"/>
        <w:jc w:val="center"/>
        <w:tblLayout w:type="fixed"/>
        <w:tblLook w:val="04A0" w:firstRow="1" w:lastRow="0" w:firstColumn="1" w:lastColumn="0" w:noHBand="0" w:noVBand="1"/>
      </w:tblPr>
      <w:tblGrid>
        <w:gridCol w:w="3481"/>
        <w:gridCol w:w="3648"/>
        <w:gridCol w:w="3648"/>
      </w:tblGrid>
      <w:tr w:rsidR="00FD1AB0" w:rsidRPr="00DC331C" w14:paraId="2F863695" w14:textId="77777777" w:rsidTr="00EC3743">
        <w:trPr>
          <w:jc w:val="center"/>
        </w:trPr>
        <w:tc>
          <w:tcPr>
            <w:tcW w:w="1077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2" w:type="dxa"/>
              <w:left w:w="30" w:type="dxa"/>
              <w:bottom w:w="22" w:type="dxa"/>
              <w:right w:w="30" w:type="dxa"/>
            </w:tcMar>
          </w:tcPr>
          <w:p w14:paraId="55977C3E" w14:textId="77777777" w:rsidR="00FD1AB0" w:rsidRPr="00DC331C" w:rsidRDefault="00000000">
            <w:pPr>
              <w:spacing w:before="10" w:after="10" w:line="240" w:lineRule="auto"/>
              <w:rPr>
                <w:sz w:val="20"/>
                <w:szCs w:val="28"/>
              </w:rPr>
            </w:pPr>
            <w:r w:rsidRPr="00DC331C">
              <w:rPr>
                <w:rFonts w:ascii="Times New Roman" w:hAnsi="Times New Roman"/>
                <w:b/>
                <w:sz w:val="20"/>
                <w:szCs w:val="28"/>
              </w:rPr>
              <w:t>5. DATA ȘI SEMNĂTURA</w:t>
            </w:r>
          </w:p>
        </w:tc>
      </w:tr>
      <w:tr w:rsidR="00FD1AB0" w:rsidRPr="00DC331C" w14:paraId="029D0941" w14:textId="77777777" w:rsidTr="00EC3743">
        <w:trPr>
          <w:trHeight w:val="668"/>
          <w:jc w:val="center"/>
        </w:trPr>
        <w:tc>
          <w:tcPr>
            <w:tcW w:w="3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0" w:type="dxa"/>
              <w:bottom w:w="22" w:type="dxa"/>
              <w:right w:w="30" w:type="dxa"/>
            </w:tcMar>
          </w:tcPr>
          <w:p w14:paraId="4AE8C6B9" w14:textId="77777777" w:rsidR="00FD1AB0" w:rsidRPr="00DC331C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DC331C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Data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0" w:type="dxa"/>
              <w:bottom w:w="22" w:type="dxa"/>
              <w:right w:w="30" w:type="dxa"/>
            </w:tcMar>
          </w:tcPr>
          <w:p w14:paraId="5F1C83D1" w14:textId="77777777" w:rsidR="00FD1AB0" w:rsidRPr="00DC331C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DC331C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Titularul</w:t>
            </w:r>
            <w:proofErr w:type="spellEnd"/>
            <w:r w:rsidRPr="00DC331C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</w:t>
            </w:r>
            <w:proofErr w:type="spellStart"/>
            <w:r w:rsidRPr="00DC331C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autorizației</w:t>
            </w:r>
            <w:proofErr w:type="spellEnd"/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0" w:type="dxa"/>
              <w:bottom w:w="22" w:type="dxa"/>
              <w:right w:w="30" w:type="dxa"/>
            </w:tcMar>
          </w:tcPr>
          <w:p w14:paraId="63F9D63F" w14:textId="77777777" w:rsidR="00FD1AB0" w:rsidRPr="00DC331C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DC331C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Semnătura</w:t>
            </w:r>
            <w:proofErr w:type="spellEnd"/>
          </w:p>
        </w:tc>
      </w:tr>
    </w:tbl>
    <w:p w14:paraId="5D78B856" w14:textId="77777777" w:rsidR="00FD1AB0" w:rsidRPr="002A57DE" w:rsidRDefault="00000000">
      <w:pPr>
        <w:spacing w:before="60" w:after="0" w:line="240" w:lineRule="auto"/>
        <w:rPr>
          <w:sz w:val="24"/>
          <w:szCs w:val="24"/>
        </w:rPr>
      </w:pPr>
      <w:proofErr w:type="spellStart"/>
      <w:r w:rsidRPr="002A57DE">
        <w:rPr>
          <w:rFonts w:ascii="Times New Roman" w:hAnsi="Times New Roman"/>
          <w:i/>
          <w:color w:val="3C3C3C"/>
          <w:sz w:val="16"/>
          <w:szCs w:val="24"/>
        </w:rPr>
        <w:t>Formularul</w:t>
      </w:r>
      <w:proofErr w:type="spellEnd"/>
      <w:r w:rsidRPr="002A57DE">
        <w:rPr>
          <w:rFonts w:ascii="Times New Roman" w:hAnsi="Times New Roman"/>
          <w:i/>
          <w:color w:val="3C3C3C"/>
          <w:sz w:val="16"/>
          <w:szCs w:val="24"/>
        </w:rPr>
        <w:t xml:space="preserve"> se </w:t>
      </w:r>
      <w:proofErr w:type="spellStart"/>
      <w:r w:rsidRPr="002A57DE">
        <w:rPr>
          <w:rFonts w:ascii="Times New Roman" w:hAnsi="Times New Roman"/>
          <w:i/>
          <w:color w:val="3C3C3C"/>
          <w:sz w:val="16"/>
          <w:szCs w:val="24"/>
        </w:rPr>
        <w:t>anexează</w:t>
      </w:r>
      <w:proofErr w:type="spellEnd"/>
      <w:r w:rsidRPr="002A57DE">
        <w:rPr>
          <w:rFonts w:ascii="Times New Roman" w:hAnsi="Times New Roman"/>
          <w:i/>
          <w:color w:val="3C3C3C"/>
          <w:sz w:val="16"/>
          <w:szCs w:val="24"/>
        </w:rPr>
        <w:t xml:space="preserve"> la </w:t>
      </w:r>
      <w:proofErr w:type="spellStart"/>
      <w:r w:rsidRPr="002A57DE">
        <w:rPr>
          <w:rFonts w:ascii="Times New Roman" w:hAnsi="Times New Roman"/>
          <w:i/>
          <w:color w:val="3C3C3C"/>
          <w:sz w:val="16"/>
          <w:szCs w:val="24"/>
        </w:rPr>
        <w:t>autorizația</w:t>
      </w:r>
      <w:proofErr w:type="spellEnd"/>
      <w:r w:rsidRPr="002A57DE">
        <w:rPr>
          <w:rFonts w:ascii="Times New Roman" w:hAnsi="Times New Roman"/>
          <w:i/>
          <w:color w:val="3C3C3C"/>
          <w:sz w:val="16"/>
          <w:szCs w:val="24"/>
        </w:rPr>
        <w:t xml:space="preserve"> de </w:t>
      </w:r>
      <w:proofErr w:type="spellStart"/>
      <w:r w:rsidRPr="002A57DE">
        <w:rPr>
          <w:rFonts w:ascii="Times New Roman" w:hAnsi="Times New Roman"/>
          <w:i/>
          <w:color w:val="3C3C3C"/>
          <w:sz w:val="16"/>
          <w:szCs w:val="24"/>
        </w:rPr>
        <w:t>construire</w:t>
      </w:r>
      <w:proofErr w:type="spellEnd"/>
      <w:r w:rsidRPr="002A57DE">
        <w:rPr>
          <w:rFonts w:ascii="Times New Roman" w:hAnsi="Times New Roman"/>
          <w:i/>
          <w:color w:val="3C3C3C"/>
          <w:sz w:val="16"/>
          <w:szCs w:val="24"/>
        </w:rPr>
        <w:t>/</w:t>
      </w:r>
      <w:proofErr w:type="spellStart"/>
      <w:r w:rsidRPr="002A57DE">
        <w:rPr>
          <w:rFonts w:ascii="Times New Roman" w:hAnsi="Times New Roman"/>
          <w:i/>
          <w:color w:val="3C3C3C"/>
          <w:sz w:val="16"/>
          <w:szCs w:val="24"/>
        </w:rPr>
        <w:t>desființare</w:t>
      </w:r>
      <w:proofErr w:type="spellEnd"/>
      <w:r w:rsidRPr="002A57DE">
        <w:rPr>
          <w:rFonts w:ascii="Times New Roman" w:hAnsi="Times New Roman"/>
          <w:i/>
          <w:color w:val="3C3C3C"/>
          <w:sz w:val="16"/>
          <w:szCs w:val="24"/>
        </w:rPr>
        <w:t xml:space="preserve"> </w:t>
      </w:r>
      <w:proofErr w:type="spellStart"/>
      <w:r w:rsidRPr="002A57DE">
        <w:rPr>
          <w:rFonts w:ascii="Times New Roman" w:hAnsi="Times New Roman"/>
          <w:i/>
          <w:color w:val="3C3C3C"/>
          <w:sz w:val="16"/>
          <w:szCs w:val="24"/>
        </w:rPr>
        <w:t>în</w:t>
      </w:r>
      <w:proofErr w:type="spellEnd"/>
      <w:r w:rsidRPr="002A57DE">
        <w:rPr>
          <w:rFonts w:ascii="Times New Roman" w:hAnsi="Times New Roman"/>
          <w:i/>
          <w:color w:val="3C3C3C"/>
          <w:sz w:val="16"/>
          <w:szCs w:val="24"/>
        </w:rPr>
        <w:t xml:space="preserve"> </w:t>
      </w:r>
      <w:proofErr w:type="spellStart"/>
      <w:r w:rsidRPr="002A57DE">
        <w:rPr>
          <w:rFonts w:ascii="Times New Roman" w:hAnsi="Times New Roman"/>
          <w:i/>
          <w:color w:val="3C3C3C"/>
          <w:sz w:val="16"/>
          <w:szCs w:val="24"/>
        </w:rPr>
        <w:t>două</w:t>
      </w:r>
      <w:proofErr w:type="spellEnd"/>
      <w:r w:rsidRPr="002A57DE">
        <w:rPr>
          <w:rFonts w:ascii="Times New Roman" w:hAnsi="Times New Roman"/>
          <w:i/>
          <w:color w:val="3C3C3C"/>
          <w:sz w:val="16"/>
          <w:szCs w:val="24"/>
        </w:rPr>
        <w:t xml:space="preserve"> </w:t>
      </w:r>
      <w:proofErr w:type="spellStart"/>
      <w:r w:rsidRPr="002A57DE">
        <w:rPr>
          <w:rFonts w:ascii="Times New Roman" w:hAnsi="Times New Roman"/>
          <w:i/>
          <w:color w:val="3C3C3C"/>
          <w:sz w:val="16"/>
          <w:szCs w:val="24"/>
        </w:rPr>
        <w:t>exemplare</w:t>
      </w:r>
      <w:proofErr w:type="spellEnd"/>
      <w:r w:rsidRPr="002A57DE">
        <w:rPr>
          <w:rFonts w:ascii="Times New Roman" w:hAnsi="Times New Roman"/>
          <w:i/>
          <w:color w:val="3C3C3C"/>
          <w:sz w:val="16"/>
          <w:szCs w:val="24"/>
        </w:rPr>
        <w:t xml:space="preserve">. </w:t>
      </w:r>
      <w:proofErr w:type="spellStart"/>
      <w:r w:rsidRPr="002A57DE">
        <w:rPr>
          <w:rFonts w:ascii="Times New Roman" w:hAnsi="Times New Roman"/>
          <w:i/>
          <w:color w:val="3C3C3C"/>
          <w:sz w:val="16"/>
          <w:szCs w:val="24"/>
        </w:rPr>
        <w:t>Titularul</w:t>
      </w:r>
      <w:proofErr w:type="spellEnd"/>
      <w:r w:rsidRPr="002A57DE">
        <w:rPr>
          <w:rFonts w:ascii="Times New Roman" w:hAnsi="Times New Roman"/>
          <w:i/>
          <w:color w:val="3C3C3C"/>
          <w:sz w:val="16"/>
          <w:szCs w:val="24"/>
        </w:rPr>
        <w:t xml:space="preserve"> </w:t>
      </w:r>
      <w:proofErr w:type="spellStart"/>
      <w:r w:rsidRPr="002A57DE">
        <w:rPr>
          <w:rFonts w:ascii="Times New Roman" w:hAnsi="Times New Roman"/>
          <w:i/>
          <w:color w:val="3C3C3C"/>
          <w:sz w:val="16"/>
          <w:szCs w:val="24"/>
        </w:rPr>
        <w:t>autorizației</w:t>
      </w:r>
      <w:proofErr w:type="spellEnd"/>
      <w:r w:rsidRPr="002A57DE">
        <w:rPr>
          <w:rFonts w:ascii="Times New Roman" w:hAnsi="Times New Roman"/>
          <w:i/>
          <w:color w:val="3C3C3C"/>
          <w:sz w:val="16"/>
          <w:szCs w:val="24"/>
        </w:rPr>
        <w:t xml:space="preserve"> </w:t>
      </w:r>
      <w:proofErr w:type="spellStart"/>
      <w:r w:rsidRPr="002A57DE">
        <w:rPr>
          <w:rFonts w:ascii="Times New Roman" w:hAnsi="Times New Roman"/>
          <w:i/>
          <w:color w:val="3C3C3C"/>
          <w:sz w:val="16"/>
          <w:szCs w:val="24"/>
        </w:rPr>
        <w:t>este</w:t>
      </w:r>
      <w:proofErr w:type="spellEnd"/>
      <w:r w:rsidRPr="002A57DE">
        <w:rPr>
          <w:rFonts w:ascii="Times New Roman" w:hAnsi="Times New Roman"/>
          <w:i/>
          <w:color w:val="3C3C3C"/>
          <w:sz w:val="16"/>
          <w:szCs w:val="24"/>
        </w:rPr>
        <w:t xml:space="preserve"> </w:t>
      </w:r>
      <w:proofErr w:type="spellStart"/>
      <w:r w:rsidRPr="002A57DE">
        <w:rPr>
          <w:rFonts w:ascii="Times New Roman" w:hAnsi="Times New Roman"/>
          <w:i/>
          <w:color w:val="3C3C3C"/>
          <w:sz w:val="16"/>
          <w:szCs w:val="24"/>
        </w:rPr>
        <w:t>obligat</w:t>
      </w:r>
      <w:proofErr w:type="spellEnd"/>
      <w:r w:rsidRPr="002A57DE">
        <w:rPr>
          <w:rFonts w:ascii="Times New Roman" w:hAnsi="Times New Roman"/>
          <w:i/>
          <w:color w:val="3C3C3C"/>
          <w:sz w:val="16"/>
          <w:szCs w:val="24"/>
        </w:rPr>
        <w:t xml:space="preserve"> </w:t>
      </w:r>
      <w:proofErr w:type="spellStart"/>
      <w:r w:rsidRPr="002A57DE">
        <w:rPr>
          <w:rFonts w:ascii="Times New Roman" w:hAnsi="Times New Roman"/>
          <w:i/>
          <w:color w:val="3C3C3C"/>
          <w:sz w:val="16"/>
          <w:szCs w:val="24"/>
        </w:rPr>
        <w:t>să</w:t>
      </w:r>
      <w:proofErr w:type="spellEnd"/>
      <w:r w:rsidRPr="002A57DE">
        <w:rPr>
          <w:rFonts w:ascii="Times New Roman" w:hAnsi="Times New Roman"/>
          <w:i/>
          <w:color w:val="3C3C3C"/>
          <w:sz w:val="16"/>
          <w:szCs w:val="24"/>
        </w:rPr>
        <w:t xml:space="preserve"> </w:t>
      </w:r>
      <w:proofErr w:type="spellStart"/>
      <w:r w:rsidRPr="002A57DE">
        <w:rPr>
          <w:rFonts w:ascii="Times New Roman" w:hAnsi="Times New Roman"/>
          <w:i/>
          <w:color w:val="3C3C3C"/>
          <w:sz w:val="16"/>
          <w:szCs w:val="24"/>
        </w:rPr>
        <w:t>păstreze</w:t>
      </w:r>
      <w:proofErr w:type="spellEnd"/>
      <w:r w:rsidRPr="002A57DE">
        <w:rPr>
          <w:rFonts w:ascii="Times New Roman" w:hAnsi="Times New Roman"/>
          <w:i/>
          <w:color w:val="3C3C3C"/>
          <w:sz w:val="16"/>
          <w:szCs w:val="24"/>
        </w:rPr>
        <w:t xml:space="preserve"> pe </w:t>
      </w:r>
      <w:proofErr w:type="spellStart"/>
      <w:r w:rsidRPr="002A57DE">
        <w:rPr>
          <w:rFonts w:ascii="Times New Roman" w:hAnsi="Times New Roman"/>
          <w:i/>
          <w:color w:val="3C3C3C"/>
          <w:sz w:val="16"/>
          <w:szCs w:val="24"/>
        </w:rPr>
        <w:t>șantier</w:t>
      </w:r>
      <w:proofErr w:type="spellEnd"/>
      <w:r w:rsidRPr="002A57DE">
        <w:rPr>
          <w:rFonts w:ascii="Times New Roman" w:hAnsi="Times New Roman"/>
          <w:i/>
          <w:color w:val="3C3C3C"/>
          <w:sz w:val="16"/>
          <w:szCs w:val="24"/>
        </w:rPr>
        <w:t xml:space="preserve"> un exemplar al </w:t>
      </w:r>
      <w:proofErr w:type="spellStart"/>
      <w:r w:rsidRPr="002A57DE">
        <w:rPr>
          <w:rFonts w:ascii="Times New Roman" w:hAnsi="Times New Roman"/>
          <w:i/>
          <w:color w:val="3C3C3C"/>
          <w:sz w:val="16"/>
          <w:szCs w:val="24"/>
        </w:rPr>
        <w:t>acestei</w:t>
      </w:r>
      <w:proofErr w:type="spellEnd"/>
      <w:r w:rsidRPr="002A57DE">
        <w:rPr>
          <w:rFonts w:ascii="Times New Roman" w:hAnsi="Times New Roman"/>
          <w:i/>
          <w:color w:val="3C3C3C"/>
          <w:sz w:val="16"/>
          <w:szCs w:val="24"/>
        </w:rPr>
        <w:t xml:space="preserve"> </w:t>
      </w:r>
      <w:proofErr w:type="spellStart"/>
      <w:r w:rsidRPr="002A57DE">
        <w:rPr>
          <w:rFonts w:ascii="Times New Roman" w:hAnsi="Times New Roman"/>
          <w:i/>
          <w:color w:val="3C3C3C"/>
          <w:sz w:val="16"/>
          <w:szCs w:val="24"/>
        </w:rPr>
        <w:t>înștiințări</w:t>
      </w:r>
      <w:proofErr w:type="spellEnd"/>
      <w:r w:rsidRPr="002A57DE">
        <w:rPr>
          <w:rFonts w:ascii="Times New Roman" w:hAnsi="Times New Roman"/>
          <w:i/>
          <w:color w:val="3C3C3C"/>
          <w:sz w:val="16"/>
          <w:szCs w:val="24"/>
        </w:rPr>
        <w:t xml:space="preserve">, cu </w:t>
      </w:r>
      <w:proofErr w:type="spellStart"/>
      <w:r w:rsidRPr="002A57DE">
        <w:rPr>
          <w:rFonts w:ascii="Times New Roman" w:hAnsi="Times New Roman"/>
          <w:i/>
          <w:color w:val="3C3C3C"/>
          <w:sz w:val="16"/>
          <w:szCs w:val="24"/>
        </w:rPr>
        <w:t>numărul</w:t>
      </w:r>
      <w:proofErr w:type="spellEnd"/>
      <w:r w:rsidRPr="002A57DE">
        <w:rPr>
          <w:rFonts w:ascii="Times New Roman" w:hAnsi="Times New Roman"/>
          <w:i/>
          <w:color w:val="3C3C3C"/>
          <w:sz w:val="16"/>
          <w:szCs w:val="24"/>
        </w:rPr>
        <w:t xml:space="preserve"> </w:t>
      </w:r>
      <w:proofErr w:type="spellStart"/>
      <w:r w:rsidRPr="002A57DE">
        <w:rPr>
          <w:rFonts w:ascii="Times New Roman" w:hAnsi="Times New Roman"/>
          <w:i/>
          <w:color w:val="3C3C3C"/>
          <w:sz w:val="16"/>
          <w:szCs w:val="24"/>
        </w:rPr>
        <w:t>și</w:t>
      </w:r>
      <w:proofErr w:type="spellEnd"/>
      <w:r w:rsidRPr="002A57DE">
        <w:rPr>
          <w:rFonts w:ascii="Times New Roman" w:hAnsi="Times New Roman"/>
          <w:i/>
          <w:color w:val="3C3C3C"/>
          <w:sz w:val="16"/>
          <w:szCs w:val="24"/>
        </w:rPr>
        <w:t xml:space="preserve"> data </w:t>
      </w:r>
      <w:proofErr w:type="spellStart"/>
      <w:r w:rsidRPr="002A57DE">
        <w:rPr>
          <w:rFonts w:ascii="Times New Roman" w:hAnsi="Times New Roman"/>
          <w:i/>
          <w:color w:val="3C3C3C"/>
          <w:sz w:val="16"/>
          <w:szCs w:val="24"/>
        </w:rPr>
        <w:t>înregistrării</w:t>
      </w:r>
      <w:proofErr w:type="spellEnd"/>
      <w:r w:rsidRPr="002A57DE">
        <w:rPr>
          <w:rFonts w:ascii="Times New Roman" w:hAnsi="Times New Roman"/>
          <w:i/>
          <w:color w:val="3C3C3C"/>
          <w:sz w:val="16"/>
          <w:szCs w:val="24"/>
        </w:rPr>
        <w:t xml:space="preserve"> la </w:t>
      </w:r>
      <w:proofErr w:type="spellStart"/>
      <w:r w:rsidRPr="002A57DE">
        <w:rPr>
          <w:rFonts w:ascii="Times New Roman" w:hAnsi="Times New Roman"/>
          <w:i/>
          <w:color w:val="3C3C3C"/>
          <w:sz w:val="16"/>
          <w:szCs w:val="24"/>
        </w:rPr>
        <w:t>autoritatea</w:t>
      </w:r>
      <w:proofErr w:type="spellEnd"/>
      <w:r w:rsidRPr="002A57DE">
        <w:rPr>
          <w:rFonts w:ascii="Times New Roman" w:hAnsi="Times New Roman"/>
          <w:i/>
          <w:color w:val="3C3C3C"/>
          <w:sz w:val="16"/>
          <w:szCs w:val="24"/>
        </w:rPr>
        <w:t xml:space="preserve"> </w:t>
      </w:r>
      <w:proofErr w:type="spellStart"/>
      <w:r w:rsidRPr="002A57DE">
        <w:rPr>
          <w:rFonts w:ascii="Times New Roman" w:hAnsi="Times New Roman"/>
          <w:i/>
          <w:color w:val="3C3C3C"/>
          <w:sz w:val="16"/>
          <w:szCs w:val="24"/>
        </w:rPr>
        <w:t>emitentă</w:t>
      </w:r>
      <w:proofErr w:type="spellEnd"/>
      <w:r w:rsidRPr="002A57DE">
        <w:rPr>
          <w:rFonts w:ascii="Times New Roman" w:hAnsi="Times New Roman"/>
          <w:i/>
          <w:color w:val="3C3C3C"/>
          <w:sz w:val="16"/>
          <w:szCs w:val="24"/>
        </w:rPr>
        <w:t>.</w:t>
      </w:r>
    </w:p>
    <w:sectPr w:rsidR="00FD1AB0" w:rsidRPr="002A57DE" w:rsidSect="00F3039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04" w:right="648" w:bottom="504" w:left="64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1634C" w14:textId="77777777" w:rsidR="002E7A3E" w:rsidRDefault="002E7A3E">
      <w:pPr>
        <w:spacing w:after="0" w:line="240" w:lineRule="auto"/>
      </w:pPr>
      <w:r>
        <w:separator/>
      </w:r>
    </w:p>
  </w:endnote>
  <w:endnote w:type="continuationSeparator" w:id="0">
    <w:p w14:paraId="1D61074B" w14:textId="77777777" w:rsidR="002E7A3E" w:rsidRDefault="002E7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DA6AD" w14:textId="77777777" w:rsidR="00FD1AB0" w:rsidRDefault="00000000">
    <w:pPr>
      <w:pStyle w:val="Subsol"/>
      <w:jc w:val="center"/>
    </w:pPr>
    <w:r>
      <w:rPr>
        <w:rFonts w:ascii="Times New Roman" w:hAnsi="Times New Roman"/>
        <w:color w:val="646464"/>
        <w:sz w:val="16"/>
      </w:rPr>
      <w:t xml:space="preserve">F_A_08 · </w:t>
    </w:r>
    <w:proofErr w:type="spellStart"/>
    <w:r>
      <w:rPr>
        <w:rFonts w:ascii="Times New Roman" w:hAnsi="Times New Roman"/>
        <w:color w:val="646464"/>
        <w:sz w:val="16"/>
      </w:rPr>
      <w:t>versiunea</w:t>
    </w:r>
    <w:proofErr w:type="spellEnd"/>
    <w:r>
      <w:rPr>
        <w:rFonts w:ascii="Times New Roman" w:hAnsi="Times New Roman"/>
        <w:color w:val="646464"/>
        <w:sz w:val="16"/>
      </w:rPr>
      <w:t xml:space="preserve"> 1.0                                                  </w:t>
    </w:r>
    <w:proofErr w:type="spellStart"/>
    <w:r>
      <w:rPr>
        <w:rFonts w:ascii="Times New Roman" w:hAnsi="Times New Roman"/>
        <w:color w:val="646464"/>
        <w:sz w:val="16"/>
      </w:rPr>
      <w:t>pagina</w:t>
    </w:r>
    <w:proofErr w:type="spellEnd"/>
    <w:r>
      <w:rPr>
        <w:rFonts w:ascii="Times New Roman" w:hAnsi="Times New Roman"/>
        <w:color w:val="646464"/>
        <w:sz w:val="16"/>
      </w:rPr>
      <w:t xml:space="preserve"> 1 din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3CA6" w14:textId="77777777" w:rsidR="00845860" w:rsidRDefault="00845860" w:rsidP="00845860">
    <w:pPr>
      <w:spacing w:after="0" w:line="240" w:lineRule="auto"/>
      <w:jc w:val="both"/>
      <w:rPr>
        <w:rFonts w:ascii="Times New Roman" w:hAnsi="Times New Roman" w:cs="Times New Roman"/>
        <w:b/>
        <w:bCs/>
        <w:sz w:val="14"/>
        <w:szCs w:val="14"/>
        <w:u w:val="single"/>
      </w:rPr>
    </w:pPr>
    <w:r>
      <w:rPr>
        <w:rFonts w:ascii="Times New Roman" w:hAnsi="Times New Roman" w:cs="Times New Roman"/>
        <w:b/>
        <w:bCs/>
        <w:sz w:val="14"/>
        <w:szCs w:val="14"/>
        <w:u w:val="single"/>
      </w:rPr>
      <w:t xml:space="preserve">NOTĂ DE INFORMARE PRIVIND PRELUCRAREA DATELOR CU CARACTER PERSONAL </w:t>
    </w:r>
  </w:p>
  <w:p w14:paraId="30832D35" w14:textId="4D50E303" w:rsidR="00845860" w:rsidRPr="00845860" w:rsidRDefault="00845860" w:rsidP="00845860">
    <w:pPr>
      <w:spacing w:after="0" w:line="240" w:lineRule="auto"/>
      <w:jc w:val="both"/>
      <w:rPr>
        <w:rFonts w:ascii="Times New Roman" w:hAnsi="Times New Roman" w:cs="Times New Roman"/>
        <w:sz w:val="14"/>
        <w:szCs w:val="14"/>
      </w:rPr>
    </w:pPr>
    <w:proofErr w:type="spellStart"/>
    <w:r>
      <w:rPr>
        <w:rFonts w:ascii="Times New Roman" w:hAnsi="Times New Roman" w:cs="Times New Roman"/>
        <w:sz w:val="14"/>
        <w:szCs w:val="14"/>
      </w:rPr>
      <w:t>Primăria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Municipiului</w:t>
    </w:r>
    <w:proofErr w:type="spellEnd"/>
    <w:r>
      <w:rPr>
        <w:rFonts w:ascii="Times New Roman" w:hAnsi="Times New Roman" w:cs="Times New Roman"/>
        <w:sz w:val="14"/>
        <w:szCs w:val="14"/>
      </w:rPr>
      <w:t xml:space="preserve"> Arad </w:t>
    </w:r>
    <w:proofErr w:type="spellStart"/>
    <w:r>
      <w:rPr>
        <w:rFonts w:ascii="Times New Roman" w:hAnsi="Times New Roman" w:cs="Times New Roman"/>
        <w:sz w:val="14"/>
        <w:szCs w:val="14"/>
      </w:rPr>
      <w:t>vă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informează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prelucrează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mijloace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manuale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automatizate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datele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caracter</w:t>
    </w:r>
    <w:proofErr w:type="spellEnd"/>
    <w:r>
      <w:rPr>
        <w:rFonts w:ascii="Times New Roman" w:hAnsi="Times New Roman" w:cs="Times New Roman"/>
        <w:sz w:val="14"/>
        <w:szCs w:val="14"/>
      </w:rPr>
      <w:t xml:space="preserve"> personal </w:t>
    </w:r>
    <w:proofErr w:type="spellStart"/>
    <w:r>
      <w:rPr>
        <w:rFonts w:ascii="Times New Roman" w:hAnsi="Times New Roman" w:cs="Times New Roman"/>
        <w:sz w:val="14"/>
        <w:szCs w:val="14"/>
      </w:rPr>
      <w:t>furnizate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dumneavoastră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scopul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soluționării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cererii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depuse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al </w:t>
    </w:r>
    <w:proofErr w:type="spellStart"/>
    <w:r>
      <w:rPr>
        <w:rFonts w:ascii="Times New Roman" w:hAnsi="Times New Roman" w:cs="Times New Roman"/>
        <w:sz w:val="14"/>
        <w:szCs w:val="14"/>
      </w:rPr>
      <w:t>îndeplinirii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atribuțiilor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legale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ale </w:t>
    </w:r>
    <w:proofErr w:type="spellStart"/>
    <w:r>
      <w:rPr>
        <w:rFonts w:ascii="Times New Roman" w:hAnsi="Times New Roman" w:cs="Times New Roman"/>
        <w:sz w:val="14"/>
        <w:szCs w:val="14"/>
      </w:rPr>
      <w:t>administrației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publice</w:t>
    </w:r>
    <w:proofErr w:type="spellEnd"/>
    <w:r>
      <w:rPr>
        <w:rFonts w:ascii="Times New Roman" w:hAnsi="Times New Roman" w:cs="Times New Roman"/>
        <w:sz w:val="14"/>
        <w:szCs w:val="14"/>
      </w:rPr>
      <w:t xml:space="preserve"> locale,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conformitate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Regulamentul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UE 679/2016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legislația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națională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vigoare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privind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protecția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securitatea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personale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Datele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furnizate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pot fi </w:t>
    </w:r>
    <w:proofErr w:type="spellStart"/>
    <w:r>
      <w:rPr>
        <w:rFonts w:ascii="Times New Roman" w:hAnsi="Times New Roman" w:cs="Times New Roman"/>
        <w:sz w:val="14"/>
        <w:szCs w:val="14"/>
      </w:rPr>
      <w:t>dezvăluite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terți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doar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baza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unui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temei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justificat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calitate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persoană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vizată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operațiunile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prelucrare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beneficiați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acces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rectificare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restricționarea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prelucrării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opoziție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portabilitatea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a </w:t>
    </w:r>
    <w:proofErr w:type="spellStart"/>
    <w:r>
      <w:rPr>
        <w:rFonts w:ascii="Times New Roman" w:hAnsi="Times New Roman" w:cs="Times New Roman"/>
        <w:sz w:val="14"/>
        <w:szCs w:val="14"/>
      </w:rPr>
      <w:t>nu</w:t>
    </w:r>
    <w:proofErr w:type="spellEnd"/>
    <w:r>
      <w:rPr>
        <w:rFonts w:ascii="Times New Roman" w:hAnsi="Times New Roman" w:cs="Times New Roman"/>
        <w:sz w:val="14"/>
        <w:szCs w:val="14"/>
      </w:rPr>
      <w:t xml:space="preserve"> fi </w:t>
    </w:r>
    <w:proofErr w:type="spellStart"/>
    <w:r>
      <w:rPr>
        <w:rFonts w:ascii="Times New Roman" w:hAnsi="Times New Roman" w:cs="Times New Roman"/>
        <w:sz w:val="14"/>
        <w:szCs w:val="14"/>
      </w:rPr>
      <w:t>supus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decizii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individuale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automatizate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, precum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ștergerea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condițiile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prevăzute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Regulament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Aceste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drepturile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le </w:t>
    </w:r>
    <w:proofErr w:type="spellStart"/>
    <w:r>
      <w:rPr>
        <w:rFonts w:ascii="Times New Roman" w:hAnsi="Times New Roman" w:cs="Times New Roman"/>
        <w:sz w:val="14"/>
        <w:szCs w:val="14"/>
      </w:rPr>
      <w:t>puteți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exercita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oricând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baza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cereri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scrise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semnate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depuse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sediul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ori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prin</w:t>
    </w:r>
    <w:proofErr w:type="spellEnd"/>
    <w:r>
      <w:rPr>
        <w:rFonts w:ascii="Times New Roman" w:hAnsi="Times New Roman" w:cs="Times New Roman"/>
        <w:sz w:val="14"/>
        <w:szCs w:val="14"/>
      </w:rPr>
      <w:t xml:space="preserve"> email la </w:t>
    </w:r>
    <w:proofErr w:type="spellStart"/>
    <w:r>
      <w:rPr>
        <w:rFonts w:ascii="Times New Roman" w:hAnsi="Times New Roman" w:cs="Times New Roman"/>
        <w:sz w:val="14"/>
        <w:szCs w:val="14"/>
      </w:rPr>
      <w:t>adresa</w:t>
    </w:r>
    <w:proofErr w:type="spellEnd"/>
    <w:r>
      <w:rPr>
        <w:rFonts w:ascii="Times New Roman" w:hAnsi="Times New Roman" w:cs="Times New Roman"/>
        <w:sz w:val="14"/>
        <w:szCs w:val="14"/>
      </w:rPr>
      <w:t xml:space="preserve">: </w:t>
    </w:r>
    <w:r>
      <w:rPr>
        <w:rFonts w:ascii="Times New Roman" w:hAnsi="Times New Roman" w:cs="Times New Roman"/>
        <w:b/>
        <w:bCs/>
        <w:sz w:val="14"/>
        <w:szCs w:val="14"/>
      </w:rPr>
      <w:t>dpo@primariaarad.ro</w:t>
    </w:r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Informații</w:t>
    </w:r>
    <w:proofErr w:type="spellEnd"/>
    <w:r>
      <w:rPr>
        <w:rFonts w:ascii="Times New Roman" w:hAnsi="Times New Roman" w:cs="Times New Roman"/>
        <w:sz w:val="14"/>
        <w:szCs w:val="14"/>
      </w:rPr>
      <w:t xml:space="preserve"> complete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detaliate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privind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prelucrarea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caracter</w:t>
    </w:r>
    <w:proofErr w:type="spellEnd"/>
    <w:r>
      <w:rPr>
        <w:rFonts w:ascii="Times New Roman" w:hAnsi="Times New Roman" w:cs="Times New Roman"/>
        <w:sz w:val="14"/>
        <w:szCs w:val="14"/>
      </w:rPr>
      <w:t xml:space="preserve"> personal, </w:t>
    </w:r>
    <w:proofErr w:type="spellStart"/>
    <w:r>
      <w:rPr>
        <w:rFonts w:ascii="Times New Roman" w:hAnsi="Times New Roman" w:cs="Times New Roman"/>
        <w:sz w:val="14"/>
        <w:szCs w:val="14"/>
      </w:rPr>
      <w:t>puteți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afla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sediul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sau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accesând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pagina</w:t>
    </w:r>
    <w:proofErr w:type="spellEnd"/>
    <w:r>
      <w:rPr>
        <w:rFonts w:ascii="Times New Roman" w:hAnsi="Times New Roman" w:cs="Times New Roman"/>
        <w:sz w:val="14"/>
        <w:szCs w:val="14"/>
      </w:rPr>
      <w:t xml:space="preserve"> web a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r>
      <w:rPr>
        <w:rFonts w:ascii="Times New Roman" w:hAnsi="Times New Roman" w:cs="Times New Roman"/>
        <w:b/>
        <w:bCs/>
        <w:sz w:val="14"/>
        <w:szCs w:val="14"/>
      </w:rPr>
      <w:t>www.primariaarad.ro</w:t>
    </w:r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secțiunea</w:t>
    </w:r>
    <w:proofErr w:type="spellEnd"/>
    <w:r>
      <w:rPr>
        <w:rFonts w:ascii="Times New Roman" w:hAnsi="Times New Roman" w:cs="Times New Roman"/>
        <w:sz w:val="14"/>
        <w:szCs w:val="14"/>
      </w:rPr>
      <w:t xml:space="preserve"> „</w:t>
    </w:r>
    <w:proofErr w:type="spellStart"/>
    <w:r>
      <w:rPr>
        <w:rFonts w:ascii="Times New Roman" w:hAnsi="Times New Roman" w:cs="Times New Roman"/>
        <w:sz w:val="14"/>
        <w:szCs w:val="14"/>
      </w:rPr>
      <w:t>Prelucrare</w:t>
    </w:r>
    <w:proofErr w:type="spellEnd"/>
    <w:r>
      <w:rPr>
        <w:rFonts w:ascii="Times New Roman" w:hAnsi="Times New Roman" w:cs="Times New Roman"/>
        <w:sz w:val="14"/>
        <w:szCs w:val="14"/>
      </w:rPr>
      <w:t xml:space="preserve"> date”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329D1" w14:textId="77777777" w:rsidR="002E7A3E" w:rsidRDefault="002E7A3E">
      <w:pPr>
        <w:spacing w:after="0" w:line="240" w:lineRule="auto"/>
      </w:pPr>
      <w:r>
        <w:separator/>
      </w:r>
    </w:p>
  </w:footnote>
  <w:footnote w:type="continuationSeparator" w:id="0">
    <w:p w14:paraId="5771B433" w14:textId="77777777" w:rsidR="002E7A3E" w:rsidRDefault="002E7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E52CE" w14:textId="1DF8C02E" w:rsidR="00FD1AB0" w:rsidRDefault="00000000">
    <w:pPr>
      <w:pStyle w:val="Antet"/>
      <w:jc w:val="right"/>
    </w:pPr>
    <w:r>
      <w:rPr>
        <w:rFonts w:ascii="Times New Roman" w:hAnsi="Times New Roman"/>
        <w:b/>
        <w:sz w:val="19"/>
      </w:rPr>
      <w:t>31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1"/>
      <w:tblW w:w="0" w:type="auto"/>
      <w:tblInd w:w="-15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4111"/>
      <w:gridCol w:w="2828"/>
      <w:gridCol w:w="1891"/>
    </w:tblGrid>
    <w:tr w:rsidR="00DC331C" w14:paraId="1B1388FC" w14:textId="77777777" w:rsidTr="00DC331C">
      <w:trPr>
        <w:trHeight w:val="277"/>
      </w:trPr>
      <w:tc>
        <w:tcPr>
          <w:tcW w:w="1843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5B0E9C5D" w14:textId="6BD36BB4" w:rsidR="00DC331C" w:rsidRPr="00845860" w:rsidRDefault="00DC331C" w:rsidP="00845860">
          <w:pPr>
            <w:pStyle w:val="TableParagraph"/>
            <w:spacing w:before="0"/>
            <w:ind w:left="0"/>
            <w:rPr>
              <w:b/>
              <w:sz w:val="1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3C8FD7A" wp14:editId="2CCAE5C8">
                <wp:simplePos x="0" y="0"/>
                <wp:positionH relativeFrom="column">
                  <wp:posOffset>17780</wp:posOffset>
                </wp:positionH>
                <wp:positionV relativeFrom="paragraph">
                  <wp:posOffset>200025</wp:posOffset>
                </wp:positionV>
                <wp:extent cx="1150620" cy="1133475"/>
                <wp:effectExtent l="0" t="0" r="0" b="9525"/>
                <wp:wrapTopAndBottom/>
                <wp:docPr id="2124397724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620" cy="1133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830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5A918120" w14:textId="77777777" w:rsidR="00DC331C" w:rsidRDefault="00DC331C" w:rsidP="00DC331C">
          <w:pPr>
            <w:pStyle w:val="TableParagraph"/>
            <w:rPr>
              <w:b/>
              <w:color w:val="0D5F78"/>
              <w:spacing w:val="-2"/>
              <w:w w:val="105"/>
              <w:sz w:val="18"/>
              <w:szCs w:val="28"/>
            </w:rPr>
          </w:pPr>
          <w:r>
            <w:rPr>
              <w:b/>
              <w:color w:val="0D5F78"/>
              <w:spacing w:val="-2"/>
              <w:w w:val="105"/>
              <w:sz w:val="18"/>
              <w:szCs w:val="28"/>
            </w:rPr>
            <w:t>Județul ARAD</w:t>
          </w:r>
        </w:p>
      </w:tc>
    </w:tr>
    <w:tr w:rsidR="00DC331C" w14:paraId="56800190" w14:textId="77777777" w:rsidTr="00DC331C">
      <w:trPr>
        <w:trHeight w:val="303"/>
      </w:trPr>
      <w:tc>
        <w:tcPr>
          <w:tcW w:w="184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577AF5A6" w14:textId="77777777" w:rsidR="00DC331C" w:rsidRDefault="00DC331C" w:rsidP="00DC331C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8830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232ED3CC" w14:textId="77777777" w:rsidR="00DC331C" w:rsidRDefault="00DC331C" w:rsidP="00DC331C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spacing w:val="-2"/>
              <w:sz w:val="18"/>
              <w:szCs w:val="28"/>
            </w:rPr>
            <w:t>PRIMĂRIA MUNICIPIULUI ARAD</w:t>
          </w:r>
        </w:p>
      </w:tc>
    </w:tr>
    <w:tr w:rsidR="00DC331C" w14:paraId="64A05E7A" w14:textId="77777777" w:rsidTr="00DC331C">
      <w:trPr>
        <w:trHeight w:val="402"/>
      </w:trPr>
      <w:tc>
        <w:tcPr>
          <w:tcW w:w="184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07C8E3F5" w14:textId="77777777" w:rsidR="00DC331C" w:rsidRDefault="00DC331C" w:rsidP="00DC331C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4111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40DDDE09" w14:textId="77777777" w:rsidR="00DC331C" w:rsidRDefault="00DC331C" w:rsidP="00DC331C">
          <w:pPr>
            <w:pStyle w:val="TableParagraph"/>
            <w:rPr>
              <w:b/>
              <w:color w:val="0D5F78"/>
              <w:spacing w:val="-2"/>
              <w:w w:val="105"/>
              <w:sz w:val="18"/>
              <w:szCs w:val="28"/>
            </w:rPr>
          </w:pPr>
          <w:r>
            <w:rPr>
              <w:b/>
              <w:color w:val="0D5F78"/>
              <w:w w:val="105"/>
              <w:sz w:val="18"/>
              <w:szCs w:val="28"/>
            </w:rPr>
            <w:t>Cod</w:t>
          </w:r>
          <w:r>
            <w:rPr>
              <w:b/>
              <w:color w:val="0D5F78"/>
              <w:spacing w:val="-10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de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identificare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fiscală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spacing w:val="-2"/>
              <w:w w:val="105"/>
              <w:sz w:val="18"/>
              <w:szCs w:val="28"/>
            </w:rPr>
            <w:t>(CIF)</w:t>
          </w:r>
        </w:p>
      </w:tc>
      <w:tc>
        <w:tcPr>
          <w:tcW w:w="4719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1A9BC34F" w14:textId="77777777" w:rsidR="00DC331C" w:rsidRDefault="00DC331C" w:rsidP="00DC331C">
          <w:pPr>
            <w:pStyle w:val="TableParagraph"/>
            <w:spacing w:before="6"/>
            <w:ind w:left="103"/>
            <w:rPr>
              <w:i/>
              <w:color w:val="797979"/>
              <w:w w:val="105"/>
              <w:sz w:val="18"/>
              <w:szCs w:val="28"/>
            </w:rPr>
          </w:pPr>
          <w:r>
            <w:rPr>
              <w:b/>
              <w:color w:val="0D5F78"/>
              <w:spacing w:val="-2"/>
              <w:w w:val="105"/>
              <w:sz w:val="18"/>
              <w:szCs w:val="28"/>
            </w:rPr>
            <w:t>3519925</w:t>
          </w:r>
        </w:p>
      </w:tc>
    </w:tr>
    <w:tr w:rsidR="00DC331C" w14:paraId="5D018F3C" w14:textId="77777777" w:rsidTr="00845860">
      <w:trPr>
        <w:trHeight w:val="1027"/>
      </w:trPr>
      <w:tc>
        <w:tcPr>
          <w:tcW w:w="184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775551AC" w14:textId="77777777" w:rsidR="00DC331C" w:rsidRDefault="00DC331C" w:rsidP="00DC331C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4111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1F2B2E25" w14:textId="77777777" w:rsidR="00DC331C" w:rsidRDefault="00DC331C" w:rsidP="00DC331C">
          <w:pPr>
            <w:pStyle w:val="TableParagraph"/>
            <w:spacing w:before="6"/>
            <w:ind w:left="103"/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</w:pPr>
          <w:r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  <w:t>ARAD, BULEVARDUL REVOLUTIEI NR. 75</w:t>
          </w:r>
        </w:p>
        <w:p w14:paraId="56960241" w14:textId="77777777" w:rsidR="00DC331C" w:rsidRDefault="00DC331C" w:rsidP="00DC331C">
          <w:pPr>
            <w:pStyle w:val="TableParagraph"/>
            <w:spacing w:before="6"/>
            <w:ind w:left="103"/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</w:pPr>
          <w:r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  <w:t xml:space="preserve">Tel +40 257281850 Email  </w:t>
          </w:r>
          <w:hyperlink r:id="rId2" w:history="1">
            <w:r>
              <w:rPr>
                <w:rStyle w:val="Hyperlink"/>
                <w:rFonts w:eastAsiaTheme="majorEastAsia"/>
                <w:b/>
                <w:bCs/>
                <w:i/>
                <w:color w:val="1F497D" w:themeColor="text2"/>
                <w:w w:val="105"/>
                <w:sz w:val="18"/>
                <w:szCs w:val="28"/>
              </w:rPr>
              <w:t>pma@primariaarad.ro</w:t>
            </w:r>
          </w:hyperlink>
        </w:p>
        <w:p w14:paraId="53E15606" w14:textId="12466507" w:rsidR="00845860" w:rsidRPr="00845860" w:rsidRDefault="00DC331C" w:rsidP="00845860">
          <w:pPr>
            <w:pStyle w:val="TableParagraph"/>
            <w:rPr>
              <w:rFonts w:eastAsiaTheme="majorEastAsia"/>
              <w:b/>
              <w:bCs/>
              <w:i/>
              <w:color w:val="1F497D" w:themeColor="text2"/>
              <w:w w:val="105"/>
              <w:sz w:val="18"/>
              <w:szCs w:val="28"/>
              <w:u w:val="single"/>
            </w:rPr>
          </w:pPr>
          <w:hyperlink r:id="rId3" w:history="1">
            <w:r>
              <w:rPr>
                <w:rStyle w:val="Hyperlink"/>
                <w:rFonts w:eastAsiaTheme="majorEastAsia"/>
                <w:b/>
                <w:bCs/>
                <w:i/>
                <w:color w:val="1F497D" w:themeColor="text2"/>
                <w:w w:val="105"/>
                <w:sz w:val="18"/>
                <w:szCs w:val="28"/>
              </w:rPr>
              <w:t>www.primariaarad.ro</w:t>
            </w:r>
          </w:hyperlink>
        </w:p>
      </w:tc>
      <w:tc>
        <w:tcPr>
          <w:tcW w:w="282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06ADF8ED" w14:textId="77777777" w:rsidR="00DC331C" w:rsidRDefault="00DC331C" w:rsidP="00DC331C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w w:val="105"/>
              <w:sz w:val="18"/>
              <w:szCs w:val="28"/>
            </w:rPr>
            <w:t>Număr</w:t>
          </w:r>
          <w:r>
            <w:rPr>
              <w:b/>
              <w:color w:val="0D5F78"/>
              <w:spacing w:val="-7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de</w:t>
          </w:r>
          <w:r>
            <w:rPr>
              <w:b/>
              <w:color w:val="0D5F78"/>
              <w:spacing w:val="-7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spacing w:val="-2"/>
              <w:w w:val="105"/>
              <w:sz w:val="18"/>
              <w:szCs w:val="28"/>
            </w:rPr>
            <w:t>înregistrare</w:t>
          </w:r>
        </w:p>
      </w:tc>
      <w:tc>
        <w:tcPr>
          <w:tcW w:w="1891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5B336048" w14:textId="77777777" w:rsidR="00DC331C" w:rsidRDefault="00DC331C" w:rsidP="00DC331C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spacing w:val="-4"/>
              <w:w w:val="105"/>
              <w:sz w:val="18"/>
              <w:szCs w:val="28"/>
            </w:rPr>
            <w:t>Data</w:t>
          </w:r>
        </w:p>
      </w:tc>
    </w:tr>
  </w:tbl>
  <w:p w14:paraId="582A5F80" w14:textId="77777777" w:rsidR="00F30395" w:rsidRDefault="00F30395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0426199">
    <w:abstractNumId w:val="8"/>
  </w:num>
  <w:num w:numId="2" w16cid:durableId="681588258">
    <w:abstractNumId w:val="6"/>
  </w:num>
  <w:num w:numId="3" w16cid:durableId="474571281">
    <w:abstractNumId w:val="5"/>
  </w:num>
  <w:num w:numId="4" w16cid:durableId="793521822">
    <w:abstractNumId w:val="4"/>
  </w:num>
  <w:num w:numId="5" w16cid:durableId="491406445">
    <w:abstractNumId w:val="7"/>
  </w:num>
  <w:num w:numId="6" w16cid:durableId="1133445217">
    <w:abstractNumId w:val="3"/>
  </w:num>
  <w:num w:numId="7" w16cid:durableId="1065302417">
    <w:abstractNumId w:val="2"/>
  </w:num>
  <w:num w:numId="8" w16cid:durableId="921182981">
    <w:abstractNumId w:val="1"/>
  </w:num>
  <w:num w:numId="9" w16cid:durableId="2142654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1DBE"/>
    <w:rsid w:val="001D0A95"/>
    <w:rsid w:val="00200FFD"/>
    <w:rsid w:val="0029639D"/>
    <w:rsid w:val="002A57DE"/>
    <w:rsid w:val="002E7A3E"/>
    <w:rsid w:val="00321B9A"/>
    <w:rsid w:val="00326F90"/>
    <w:rsid w:val="004D1CAE"/>
    <w:rsid w:val="00716742"/>
    <w:rsid w:val="007879FC"/>
    <w:rsid w:val="007E3051"/>
    <w:rsid w:val="00845860"/>
    <w:rsid w:val="009077EC"/>
    <w:rsid w:val="009278E9"/>
    <w:rsid w:val="009C7E28"/>
    <w:rsid w:val="009F753F"/>
    <w:rsid w:val="00A126F0"/>
    <w:rsid w:val="00AA1D8D"/>
    <w:rsid w:val="00B47730"/>
    <w:rsid w:val="00C96EEF"/>
    <w:rsid w:val="00CB0664"/>
    <w:rsid w:val="00D92DF7"/>
    <w:rsid w:val="00D96895"/>
    <w:rsid w:val="00DC331C"/>
    <w:rsid w:val="00EC3743"/>
    <w:rsid w:val="00F30395"/>
    <w:rsid w:val="00F37072"/>
    <w:rsid w:val="00FC693F"/>
    <w:rsid w:val="00FD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B87FFC"/>
  <w14:defaultImageDpi w14:val="300"/>
  <w15:docId w15:val="{9F890164-E9C5-4B03-AA50-23E3591B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deparagrafimplicit"/>
    <w:uiPriority w:val="99"/>
    <w:semiHidden/>
    <w:unhideWhenUsed/>
    <w:rsid w:val="00F30395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F30395"/>
    <w:pPr>
      <w:widowControl w:val="0"/>
      <w:autoSpaceDE w:val="0"/>
      <w:autoSpaceDN w:val="0"/>
      <w:spacing w:before="5" w:after="0" w:line="240" w:lineRule="auto"/>
      <w:ind w:left="104"/>
    </w:pPr>
    <w:rPr>
      <w:rFonts w:ascii="Times New Roman" w:eastAsia="Times New Roman" w:hAnsi="Times New Roman" w:cs="Times New Roman"/>
      <w:lang w:val="ro-RO"/>
    </w:rPr>
  </w:style>
  <w:style w:type="table" w:customStyle="1" w:styleId="TableNormal">
    <w:name w:val="Table Normal"/>
    <w:uiPriority w:val="2"/>
    <w:semiHidden/>
    <w:qFormat/>
    <w:rsid w:val="00F30395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DC331C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arad.ro" TargetMode="External"/><Relationship Id="rId2" Type="http://schemas.openxmlformats.org/officeDocument/2006/relationships/hyperlink" Target="mailto:pma@primariaarad.ro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dinu denisia</cp:lastModifiedBy>
  <cp:revision>4</cp:revision>
  <dcterms:created xsi:type="dcterms:W3CDTF">2026-09-02T06:47:00Z</dcterms:created>
  <dcterms:modified xsi:type="dcterms:W3CDTF">2026-09-03T06:05:00Z</dcterms:modified>
  <cp:category/>
</cp:coreProperties>
</file>