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C95A06" w14:textId="7DE4D7EA" w:rsidR="00017265" w:rsidRPr="00F15446" w:rsidRDefault="00A35EB4" w:rsidP="00A35EB4">
      <w:pPr>
        <w:spacing w:before="80" w:after="60" w:line="240" w:lineRule="auto"/>
        <w:jc w:val="center"/>
        <w:rPr>
          <w:b/>
          <w:bCs/>
          <w:sz w:val="24"/>
          <w:szCs w:val="24"/>
        </w:rPr>
      </w:pPr>
      <w:r w:rsidRPr="007844EA">
        <w:rPr>
          <w:rFonts w:ascii="Times New Roman" w:hAnsi="Times New Roman"/>
          <w:b/>
          <w:sz w:val="28"/>
          <w:szCs w:val="24"/>
        </w:rPr>
        <w:t>CERERE</w:t>
      </w:r>
      <w:r w:rsidRPr="00A35EB4">
        <w:rPr>
          <w:rFonts w:ascii="Times New Roman" w:hAnsi="Times New Roman"/>
          <w:b/>
          <w:sz w:val="28"/>
          <w:szCs w:val="24"/>
        </w:rPr>
        <w:br/>
      </w:r>
      <w:proofErr w:type="spellStart"/>
      <w:r w:rsidRPr="00243379">
        <w:rPr>
          <w:rFonts w:ascii="Times New Roman" w:hAnsi="Times New Roman"/>
          <w:b/>
          <w:bCs/>
          <w:sz w:val="24"/>
          <w:szCs w:val="32"/>
        </w:rPr>
        <w:t>pentru</w:t>
      </w:r>
      <w:proofErr w:type="spellEnd"/>
      <w:r w:rsidRPr="00243379">
        <w:rPr>
          <w:rFonts w:ascii="Times New Roman" w:hAnsi="Times New Roman"/>
          <w:b/>
          <w:bCs/>
          <w:sz w:val="24"/>
          <w:szCs w:val="32"/>
        </w:rPr>
        <w:t xml:space="preserve"> </w:t>
      </w:r>
      <w:proofErr w:type="spellStart"/>
      <w:r w:rsidRPr="00243379">
        <w:rPr>
          <w:rFonts w:ascii="Times New Roman" w:hAnsi="Times New Roman"/>
          <w:b/>
          <w:bCs/>
          <w:sz w:val="24"/>
          <w:szCs w:val="32"/>
        </w:rPr>
        <w:t>emiterea</w:t>
      </w:r>
      <w:proofErr w:type="spellEnd"/>
      <w:r w:rsidRPr="00243379">
        <w:rPr>
          <w:rFonts w:ascii="Times New Roman" w:hAnsi="Times New Roman"/>
          <w:b/>
          <w:bCs/>
          <w:sz w:val="24"/>
          <w:szCs w:val="32"/>
        </w:rPr>
        <w:t xml:space="preserve"> </w:t>
      </w:r>
      <w:proofErr w:type="spellStart"/>
      <w:r w:rsidRPr="00243379">
        <w:rPr>
          <w:rFonts w:ascii="Times New Roman" w:hAnsi="Times New Roman"/>
          <w:b/>
          <w:bCs/>
          <w:sz w:val="24"/>
          <w:szCs w:val="32"/>
        </w:rPr>
        <w:t>avizului</w:t>
      </w:r>
      <w:proofErr w:type="spellEnd"/>
      <w:r w:rsidRPr="00243379">
        <w:rPr>
          <w:rFonts w:ascii="Times New Roman" w:hAnsi="Times New Roman"/>
          <w:b/>
          <w:bCs/>
          <w:sz w:val="24"/>
          <w:szCs w:val="32"/>
        </w:rPr>
        <w:t xml:space="preserve"> </w:t>
      </w:r>
      <w:proofErr w:type="spellStart"/>
      <w:r w:rsidRPr="00243379">
        <w:rPr>
          <w:rFonts w:ascii="Times New Roman" w:hAnsi="Times New Roman"/>
          <w:b/>
          <w:bCs/>
          <w:sz w:val="24"/>
          <w:szCs w:val="32"/>
        </w:rPr>
        <w:t>primarului</w:t>
      </w:r>
      <w:proofErr w:type="spellEnd"/>
    </w:p>
    <w:tbl>
      <w:tblPr>
        <w:tblW w:w="10944" w:type="dxa"/>
        <w:jc w:val="center"/>
        <w:tblLayout w:type="fixed"/>
        <w:tblLook w:val="04A0" w:firstRow="1" w:lastRow="0" w:firstColumn="1" w:lastColumn="0" w:noHBand="0" w:noVBand="1"/>
      </w:tblPr>
      <w:tblGrid>
        <w:gridCol w:w="10944"/>
      </w:tblGrid>
      <w:tr w:rsidR="00017265" w:rsidRPr="0079686B" w14:paraId="49EEC25C" w14:textId="77777777" w:rsidTr="00F15446">
        <w:trPr>
          <w:jc w:val="center"/>
        </w:trPr>
        <w:tc>
          <w:tcPr>
            <w:tcW w:w="1094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BEBEB"/>
            <w:tcMar>
              <w:top w:w="15" w:type="dxa"/>
              <w:left w:w="40" w:type="dxa"/>
              <w:bottom w:w="15" w:type="dxa"/>
              <w:right w:w="40" w:type="dxa"/>
            </w:tcMar>
          </w:tcPr>
          <w:p w14:paraId="2E8F48F6" w14:textId="77777777" w:rsidR="00017265" w:rsidRPr="0079686B" w:rsidRDefault="00000000">
            <w:pPr>
              <w:spacing w:before="10" w:after="10" w:line="240" w:lineRule="auto"/>
              <w:rPr>
                <w:sz w:val="20"/>
                <w:szCs w:val="28"/>
              </w:rPr>
            </w:pPr>
            <w:r w:rsidRPr="0079686B">
              <w:rPr>
                <w:rFonts w:ascii="Times New Roman" w:hAnsi="Times New Roman"/>
                <w:b/>
                <w:sz w:val="20"/>
                <w:szCs w:val="28"/>
              </w:rPr>
              <w:t>1. CĂTRE</w:t>
            </w:r>
          </w:p>
        </w:tc>
      </w:tr>
      <w:tr w:rsidR="00F0193B" w:rsidRPr="0079686B" w14:paraId="1541BCCA" w14:textId="77777777" w:rsidTr="00F15446">
        <w:trPr>
          <w:jc w:val="center"/>
        </w:trPr>
        <w:tc>
          <w:tcPr>
            <w:tcW w:w="1094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40" w:type="dxa"/>
              <w:bottom w:w="15" w:type="dxa"/>
              <w:right w:w="40" w:type="dxa"/>
            </w:tcMar>
          </w:tcPr>
          <w:p w14:paraId="360FBFE6" w14:textId="5BF672AC" w:rsidR="00F0193B" w:rsidRPr="0079686B" w:rsidRDefault="00F0193B">
            <w:pPr>
              <w:spacing w:after="0" w:line="240" w:lineRule="auto"/>
              <w:rPr>
                <w:rFonts w:ascii="Times New Roman" w:hAnsi="Times New Roman"/>
                <w:b/>
                <w:i/>
                <w:iCs/>
                <w:color w:val="004682"/>
                <w:sz w:val="20"/>
                <w:szCs w:val="28"/>
              </w:rPr>
            </w:pPr>
            <w:r w:rsidRPr="0079686B">
              <w:rPr>
                <w:rFonts w:ascii="Times New Roman" w:hAnsi="Times New Roman"/>
                <w:b/>
                <w:i/>
                <w:iCs/>
                <w:color w:val="004682"/>
                <w:sz w:val="20"/>
                <w:szCs w:val="28"/>
              </w:rPr>
              <w:t>PRIMARUL MUNICIPIULUI ARAD</w:t>
            </w:r>
          </w:p>
        </w:tc>
      </w:tr>
    </w:tbl>
    <w:p w14:paraId="04A9C5F7" w14:textId="77777777" w:rsidR="00017265" w:rsidRPr="00A35EB4" w:rsidRDefault="00017265">
      <w:pPr>
        <w:spacing w:before="40" w:after="0"/>
        <w:rPr>
          <w:sz w:val="24"/>
          <w:szCs w:val="24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472"/>
        <w:gridCol w:w="5472"/>
      </w:tblGrid>
      <w:tr w:rsidR="00017265" w:rsidRPr="0079686B" w14:paraId="59A3188F" w14:textId="77777777">
        <w:trPr>
          <w:jc w:val="center"/>
        </w:trPr>
        <w:tc>
          <w:tcPr>
            <w:tcW w:w="1094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BEBEB"/>
            <w:tcMar>
              <w:top w:w="15" w:type="dxa"/>
              <w:left w:w="35" w:type="dxa"/>
              <w:bottom w:w="15" w:type="dxa"/>
              <w:right w:w="35" w:type="dxa"/>
            </w:tcMar>
          </w:tcPr>
          <w:p w14:paraId="001C52DA" w14:textId="77777777" w:rsidR="00017265" w:rsidRPr="0079686B" w:rsidRDefault="00000000">
            <w:pPr>
              <w:spacing w:before="10" w:after="10" w:line="240" w:lineRule="auto"/>
              <w:rPr>
                <w:sz w:val="20"/>
                <w:szCs w:val="28"/>
              </w:rPr>
            </w:pPr>
            <w:r w:rsidRPr="0079686B">
              <w:rPr>
                <w:rFonts w:ascii="Times New Roman" w:hAnsi="Times New Roman"/>
                <w:b/>
                <w:sz w:val="20"/>
                <w:szCs w:val="28"/>
              </w:rPr>
              <w:t>2. SOLICITANTUL — INSTITUȚIA ARHITECTULUI-ȘEF</w:t>
            </w:r>
          </w:p>
        </w:tc>
      </w:tr>
      <w:tr w:rsidR="00017265" w:rsidRPr="0079686B" w14:paraId="60F7F288" w14:textId="77777777" w:rsidTr="00F15446">
        <w:trPr>
          <w:trHeight w:val="939"/>
          <w:jc w:val="center"/>
        </w:trPr>
        <w:tc>
          <w:tcPr>
            <w:tcW w:w="54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35" w:type="dxa"/>
              <w:bottom w:w="15" w:type="dxa"/>
              <w:right w:w="35" w:type="dxa"/>
            </w:tcMar>
          </w:tcPr>
          <w:p w14:paraId="60F21BF6" w14:textId="0ED9979D" w:rsidR="00017265" w:rsidRPr="0079686B" w:rsidRDefault="00000000">
            <w:pPr>
              <w:spacing w:after="0" w:line="240" w:lineRule="auto"/>
              <w:rPr>
                <w:sz w:val="20"/>
                <w:szCs w:val="28"/>
              </w:rPr>
            </w:pPr>
            <w:r w:rsidRPr="0079686B">
              <w:rPr>
                <w:rFonts w:ascii="Times New Roman" w:hAnsi="Times New Roman"/>
                <w:b/>
                <w:color w:val="004682"/>
                <w:sz w:val="20"/>
                <w:szCs w:val="28"/>
              </w:rPr>
              <w:t xml:space="preserve">A </w:t>
            </w:r>
            <w:proofErr w:type="spellStart"/>
            <w:r w:rsidRPr="0079686B">
              <w:rPr>
                <w:rFonts w:ascii="Times New Roman" w:hAnsi="Times New Roman"/>
                <w:b/>
                <w:color w:val="004682"/>
                <w:sz w:val="20"/>
                <w:szCs w:val="28"/>
              </w:rPr>
              <w:t>județului</w:t>
            </w:r>
            <w:proofErr w:type="spellEnd"/>
            <w:r w:rsidRPr="0079686B">
              <w:rPr>
                <w:rFonts w:ascii="Times New Roman" w:hAnsi="Times New Roman"/>
                <w:b/>
                <w:color w:val="004682"/>
                <w:sz w:val="20"/>
                <w:szCs w:val="28"/>
              </w:rPr>
              <w:t xml:space="preserve"> </w:t>
            </w:r>
            <w:r w:rsidR="00F15446" w:rsidRPr="0079686B">
              <w:rPr>
                <w:rFonts w:ascii="Times New Roman" w:hAnsi="Times New Roman"/>
                <w:b/>
                <w:color w:val="004682"/>
                <w:sz w:val="20"/>
                <w:szCs w:val="28"/>
              </w:rPr>
              <w:t>Arad</w:t>
            </w:r>
          </w:p>
        </w:tc>
        <w:tc>
          <w:tcPr>
            <w:tcW w:w="54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35" w:type="dxa"/>
              <w:bottom w:w="15" w:type="dxa"/>
              <w:right w:w="35" w:type="dxa"/>
            </w:tcMar>
          </w:tcPr>
          <w:p w14:paraId="432797D1" w14:textId="46806139" w:rsidR="00017265" w:rsidRPr="0079686B" w:rsidRDefault="00000000">
            <w:pPr>
              <w:spacing w:after="0" w:line="240" w:lineRule="auto"/>
              <w:rPr>
                <w:sz w:val="20"/>
                <w:szCs w:val="28"/>
              </w:rPr>
            </w:pPr>
            <w:proofErr w:type="spellStart"/>
            <w:r w:rsidRPr="0079686B">
              <w:rPr>
                <w:rFonts w:ascii="Times New Roman" w:hAnsi="Times New Roman"/>
                <w:b/>
                <w:color w:val="004682"/>
                <w:sz w:val="20"/>
                <w:szCs w:val="28"/>
              </w:rPr>
              <w:t>Reprezentată</w:t>
            </w:r>
            <w:proofErr w:type="spellEnd"/>
            <w:r w:rsidRPr="0079686B">
              <w:rPr>
                <w:rFonts w:ascii="Times New Roman" w:hAnsi="Times New Roman"/>
                <w:b/>
                <w:color w:val="004682"/>
                <w:sz w:val="20"/>
                <w:szCs w:val="28"/>
              </w:rPr>
              <w:t xml:space="preserve"> </w:t>
            </w:r>
            <w:proofErr w:type="spellStart"/>
            <w:r w:rsidRPr="0079686B">
              <w:rPr>
                <w:rFonts w:ascii="Times New Roman" w:hAnsi="Times New Roman"/>
                <w:b/>
                <w:color w:val="004682"/>
                <w:sz w:val="20"/>
                <w:szCs w:val="28"/>
              </w:rPr>
              <w:t>prin</w:t>
            </w:r>
            <w:proofErr w:type="spellEnd"/>
            <w:r w:rsidRPr="0079686B">
              <w:rPr>
                <w:rFonts w:ascii="Times New Roman" w:hAnsi="Times New Roman"/>
                <w:b/>
                <w:color w:val="004682"/>
                <w:sz w:val="20"/>
                <w:szCs w:val="28"/>
              </w:rPr>
              <w:t xml:space="preserve"> </w:t>
            </w:r>
            <w:proofErr w:type="spellStart"/>
            <w:r w:rsidRPr="0079686B">
              <w:rPr>
                <w:rFonts w:ascii="Times New Roman" w:hAnsi="Times New Roman"/>
                <w:b/>
                <w:color w:val="004682"/>
                <w:sz w:val="20"/>
                <w:szCs w:val="28"/>
              </w:rPr>
              <w:t>arhitect-șef</w:t>
            </w:r>
            <w:proofErr w:type="spellEnd"/>
            <w:r w:rsidR="00784BFC" w:rsidRPr="0079686B">
              <w:rPr>
                <w:rFonts w:ascii="Times New Roman" w:hAnsi="Times New Roman"/>
                <w:b/>
                <w:color w:val="004682"/>
                <w:sz w:val="20"/>
                <w:szCs w:val="28"/>
              </w:rPr>
              <w:t xml:space="preserve"> </w:t>
            </w:r>
          </w:p>
        </w:tc>
      </w:tr>
    </w:tbl>
    <w:p w14:paraId="232041CC" w14:textId="77777777" w:rsidR="00017265" w:rsidRPr="00A35EB4" w:rsidRDefault="00017265">
      <w:pPr>
        <w:spacing w:before="40" w:after="0"/>
        <w:rPr>
          <w:sz w:val="24"/>
          <w:szCs w:val="24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944"/>
      </w:tblGrid>
      <w:tr w:rsidR="00017265" w:rsidRPr="00A35EB4" w14:paraId="495DE6AE" w14:textId="77777777">
        <w:trPr>
          <w:jc w:val="center"/>
        </w:trPr>
        <w:tc>
          <w:tcPr>
            <w:tcW w:w="1094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BEBEB"/>
            <w:tcMar>
              <w:top w:w="15" w:type="dxa"/>
              <w:left w:w="40" w:type="dxa"/>
              <w:bottom w:w="15" w:type="dxa"/>
              <w:right w:w="40" w:type="dxa"/>
            </w:tcMar>
          </w:tcPr>
          <w:p w14:paraId="2788E24A" w14:textId="77777777" w:rsidR="00017265" w:rsidRPr="0079686B" w:rsidRDefault="00000000">
            <w:pPr>
              <w:spacing w:before="10" w:after="10" w:line="240" w:lineRule="auto"/>
              <w:rPr>
                <w:sz w:val="20"/>
                <w:szCs w:val="28"/>
              </w:rPr>
            </w:pPr>
            <w:r w:rsidRPr="0079686B">
              <w:rPr>
                <w:rFonts w:ascii="Times New Roman" w:hAnsi="Times New Roman"/>
                <w:b/>
                <w:sz w:val="20"/>
                <w:szCs w:val="28"/>
              </w:rPr>
              <w:t>3. SITUAȚIA LEGALĂ APLICABILĂ DIN COD</w:t>
            </w:r>
          </w:p>
        </w:tc>
      </w:tr>
      <w:tr w:rsidR="00017265" w:rsidRPr="00A35EB4" w14:paraId="494F97B8" w14:textId="77777777">
        <w:trPr>
          <w:jc w:val="center"/>
        </w:trPr>
        <w:tc>
          <w:tcPr>
            <w:tcW w:w="1094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40" w:type="dxa"/>
              <w:bottom w:w="15" w:type="dxa"/>
              <w:right w:w="40" w:type="dxa"/>
            </w:tcMar>
          </w:tcPr>
          <w:p w14:paraId="32678B16" w14:textId="77777777" w:rsidR="00017265" w:rsidRPr="0079686B" w:rsidRDefault="00000000">
            <w:pPr>
              <w:spacing w:after="10" w:line="240" w:lineRule="auto"/>
              <w:rPr>
                <w:sz w:val="20"/>
                <w:szCs w:val="28"/>
              </w:rPr>
            </w:pPr>
            <w:r w:rsidRPr="0079686B">
              <w:rPr>
                <w:rFonts w:ascii="Times New Roman" w:hAnsi="Times New Roman"/>
                <w:sz w:val="20"/>
                <w:szCs w:val="28"/>
              </w:rPr>
              <w:t xml:space="preserve">☐ art. 41 </w:t>
            </w:r>
            <w:proofErr w:type="spellStart"/>
            <w:r w:rsidRPr="0079686B">
              <w:rPr>
                <w:rFonts w:ascii="Times New Roman" w:hAnsi="Times New Roman"/>
                <w:sz w:val="20"/>
                <w:szCs w:val="28"/>
              </w:rPr>
              <w:t>alin</w:t>
            </w:r>
            <w:proofErr w:type="spellEnd"/>
            <w:r w:rsidRPr="0079686B">
              <w:rPr>
                <w:rFonts w:ascii="Times New Roman" w:hAnsi="Times New Roman"/>
                <w:sz w:val="20"/>
                <w:szCs w:val="28"/>
              </w:rPr>
              <w:t xml:space="preserve">. (3) — </w:t>
            </w:r>
            <w:proofErr w:type="spellStart"/>
            <w:r w:rsidRPr="0079686B">
              <w:rPr>
                <w:rFonts w:ascii="Times New Roman" w:hAnsi="Times New Roman"/>
                <w:sz w:val="20"/>
                <w:szCs w:val="28"/>
              </w:rPr>
              <w:t>avizul</w:t>
            </w:r>
            <w:proofErr w:type="spellEnd"/>
            <w:r w:rsidRPr="0079686B">
              <w:rPr>
                <w:rFonts w:ascii="Times New Roman" w:hAnsi="Times New Roman"/>
                <w:sz w:val="20"/>
                <w:szCs w:val="28"/>
              </w:rPr>
              <w:t xml:space="preserve"> </w:t>
            </w:r>
            <w:proofErr w:type="spellStart"/>
            <w:r w:rsidRPr="0079686B">
              <w:rPr>
                <w:rFonts w:ascii="Times New Roman" w:hAnsi="Times New Roman"/>
                <w:sz w:val="20"/>
                <w:szCs w:val="28"/>
              </w:rPr>
              <w:t>primarului</w:t>
            </w:r>
            <w:proofErr w:type="spellEnd"/>
            <w:r w:rsidRPr="0079686B">
              <w:rPr>
                <w:rFonts w:ascii="Times New Roman" w:hAnsi="Times New Roman"/>
                <w:sz w:val="20"/>
                <w:szCs w:val="28"/>
              </w:rPr>
              <w:t xml:space="preserve"> </w:t>
            </w:r>
            <w:proofErr w:type="spellStart"/>
            <w:r w:rsidRPr="0079686B">
              <w:rPr>
                <w:rFonts w:ascii="Times New Roman" w:hAnsi="Times New Roman"/>
                <w:sz w:val="20"/>
                <w:szCs w:val="28"/>
              </w:rPr>
              <w:t>în</w:t>
            </w:r>
            <w:proofErr w:type="spellEnd"/>
            <w:r w:rsidRPr="0079686B">
              <w:rPr>
                <w:rFonts w:ascii="Times New Roman" w:hAnsi="Times New Roman"/>
                <w:sz w:val="20"/>
                <w:szCs w:val="28"/>
              </w:rPr>
              <w:t xml:space="preserve"> </w:t>
            </w:r>
            <w:proofErr w:type="spellStart"/>
            <w:r w:rsidRPr="0079686B">
              <w:rPr>
                <w:rFonts w:ascii="Times New Roman" w:hAnsi="Times New Roman"/>
                <w:sz w:val="20"/>
                <w:szCs w:val="28"/>
              </w:rPr>
              <w:t>cadrul</w:t>
            </w:r>
            <w:proofErr w:type="spellEnd"/>
            <w:r w:rsidRPr="0079686B">
              <w:rPr>
                <w:rFonts w:ascii="Times New Roman" w:hAnsi="Times New Roman"/>
                <w:sz w:val="20"/>
                <w:szCs w:val="28"/>
              </w:rPr>
              <w:t xml:space="preserve"> </w:t>
            </w:r>
            <w:proofErr w:type="spellStart"/>
            <w:r w:rsidRPr="0079686B">
              <w:rPr>
                <w:rFonts w:ascii="Times New Roman" w:hAnsi="Times New Roman"/>
                <w:sz w:val="20"/>
                <w:szCs w:val="28"/>
              </w:rPr>
              <w:t>procedurii</w:t>
            </w:r>
            <w:proofErr w:type="spellEnd"/>
            <w:r w:rsidRPr="0079686B">
              <w:rPr>
                <w:rFonts w:ascii="Times New Roman" w:hAnsi="Times New Roman"/>
                <w:sz w:val="20"/>
                <w:szCs w:val="28"/>
              </w:rPr>
              <w:t xml:space="preserve"> de </w:t>
            </w:r>
            <w:proofErr w:type="spellStart"/>
            <w:r w:rsidRPr="0079686B">
              <w:rPr>
                <w:rFonts w:ascii="Times New Roman" w:hAnsi="Times New Roman"/>
                <w:sz w:val="20"/>
                <w:szCs w:val="28"/>
              </w:rPr>
              <w:t>consultare</w:t>
            </w:r>
            <w:proofErr w:type="spellEnd"/>
            <w:r w:rsidRPr="0079686B">
              <w:rPr>
                <w:rFonts w:ascii="Times New Roman" w:hAnsi="Times New Roman"/>
                <w:sz w:val="20"/>
                <w:szCs w:val="28"/>
              </w:rPr>
              <w:t xml:space="preserve"> </w:t>
            </w:r>
            <w:proofErr w:type="spellStart"/>
            <w:r w:rsidRPr="0079686B">
              <w:rPr>
                <w:rFonts w:ascii="Times New Roman" w:hAnsi="Times New Roman"/>
                <w:sz w:val="20"/>
                <w:szCs w:val="28"/>
              </w:rPr>
              <w:t>reciprocă</w:t>
            </w:r>
            <w:proofErr w:type="spellEnd"/>
            <w:r w:rsidRPr="0079686B">
              <w:rPr>
                <w:rFonts w:ascii="Times New Roman" w:hAnsi="Times New Roman"/>
                <w:sz w:val="20"/>
                <w:szCs w:val="28"/>
              </w:rPr>
              <w:t xml:space="preserve"> </w:t>
            </w:r>
            <w:proofErr w:type="spellStart"/>
            <w:r w:rsidRPr="0079686B">
              <w:rPr>
                <w:rFonts w:ascii="Times New Roman" w:hAnsi="Times New Roman"/>
                <w:sz w:val="20"/>
                <w:szCs w:val="28"/>
              </w:rPr>
              <w:t>pentru</w:t>
            </w:r>
            <w:proofErr w:type="spellEnd"/>
            <w:r w:rsidRPr="0079686B">
              <w:rPr>
                <w:rFonts w:ascii="Times New Roman" w:hAnsi="Times New Roman"/>
                <w:sz w:val="20"/>
                <w:szCs w:val="28"/>
              </w:rPr>
              <w:t xml:space="preserve"> un plan urbanistic zonal (PUZ) </w:t>
            </w:r>
            <w:proofErr w:type="spellStart"/>
            <w:r w:rsidRPr="0079686B">
              <w:rPr>
                <w:rFonts w:ascii="Times New Roman" w:hAnsi="Times New Roman"/>
                <w:sz w:val="20"/>
                <w:szCs w:val="28"/>
              </w:rPr>
              <w:t>aferent</w:t>
            </w:r>
            <w:proofErr w:type="spellEnd"/>
            <w:r w:rsidRPr="0079686B">
              <w:rPr>
                <w:rFonts w:ascii="Times New Roman" w:hAnsi="Times New Roman"/>
                <w:sz w:val="20"/>
                <w:szCs w:val="28"/>
              </w:rPr>
              <w:t xml:space="preserve"> </w:t>
            </w:r>
            <w:proofErr w:type="spellStart"/>
            <w:r w:rsidRPr="0079686B">
              <w:rPr>
                <w:rFonts w:ascii="Times New Roman" w:hAnsi="Times New Roman"/>
                <w:sz w:val="20"/>
                <w:szCs w:val="28"/>
              </w:rPr>
              <w:t>unei</w:t>
            </w:r>
            <w:proofErr w:type="spellEnd"/>
            <w:r w:rsidRPr="0079686B">
              <w:rPr>
                <w:rFonts w:ascii="Times New Roman" w:hAnsi="Times New Roman"/>
                <w:sz w:val="20"/>
                <w:szCs w:val="28"/>
              </w:rPr>
              <w:t xml:space="preserve"> </w:t>
            </w:r>
            <w:proofErr w:type="spellStart"/>
            <w:r w:rsidRPr="0079686B">
              <w:rPr>
                <w:rFonts w:ascii="Times New Roman" w:hAnsi="Times New Roman"/>
                <w:sz w:val="20"/>
                <w:szCs w:val="28"/>
              </w:rPr>
              <w:t>investiții</w:t>
            </w:r>
            <w:proofErr w:type="spellEnd"/>
            <w:r w:rsidRPr="0079686B">
              <w:rPr>
                <w:rFonts w:ascii="Times New Roman" w:hAnsi="Times New Roman"/>
                <w:sz w:val="20"/>
                <w:szCs w:val="28"/>
              </w:rPr>
              <w:t xml:space="preserve"> </w:t>
            </w:r>
            <w:proofErr w:type="spellStart"/>
            <w:r w:rsidRPr="0079686B">
              <w:rPr>
                <w:rFonts w:ascii="Times New Roman" w:hAnsi="Times New Roman"/>
                <w:sz w:val="20"/>
                <w:szCs w:val="28"/>
              </w:rPr>
              <w:t>ce</w:t>
            </w:r>
            <w:proofErr w:type="spellEnd"/>
            <w:r w:rsidRPr="0079686B">
              <w:rPr>
                <w:rFonts w:ascii="Times New Roman" w:hAnsi="Times New Roman"/>
                <w:sz w:val="20"/>
                <w:szCs w:val="28"/>
              </w:rPr>
              <w:t xml:space="preserve"> se </w:t>
            </w:r>
            <w:proofErr w:type="spellStart"/>
            <w:r w:rsidRPr="0079686B">
              <w:rPr>
                <w:rFonts w:ascii="Times New Roman" w:hAnsi="Times New Roman"/>
                <w:sz w:val="20"/>
                <w:szCs w:val="28"/>
              </w:rPr>
              <w:t>realizează</w:t>
            </w:r>
            <w:proofErr w:type="spellEnd"/>
            <w:r w:rsidRPr="0079686B">
              <w:rPr>
                <w:rFonts w:ascii="Times New Roman" w:hAnsi="Times New Roman"/>
                <w:sz w:val="20"/>
                <w:szCs w:val="28"/>
              </w:rPr>
              <w:t xml:space="preserve"> pe </w:t>
            </w:r>
            <w:proofErr w:type="spellStart"/>
            <w:r w:rsidRPr="0079686B">
              <w:rPr>
                <w:rFonts w:ascii="Times New Roman" w:hAnsi="Times New Roman"/>
                <w:sz w:val="20"/>
                <w:szCs w:val="28"/>
              </w:rPr>
              <w:t>teritoriul</w:t>
            </w:r>
            <w:proofErr w:type="spellEnd"/>
            <w:r w:rsidRPr="0079686B">
              <w:rPr>
                <w:rFonts w:ascii="Times New Roman" w:hAnsi="Times New Roman"/>
                <w:sz w:val="20"/>
                <w:szCs w:val="28"/>
              </w:rPr>
              <w:t xml:space="preserve"> </w:t>
            </w:r>
            <w:proofErr w:type="spellStart"/>
            <w:r w:rsidRPr="0079686B">
              <w:rPr>
                <w:rFonts w:ascii="Times New Roman" w:hAnsi="Times New Roman"/>
                <w:sz w:val="20"/>
                <w:szCs w:val="28"/>
              </w:rPr>
              <w:t>mai</w:t>
            </w:r>
            <w:proofErr w:type="spellEnd"/>
            <w:r w:rsidRPr="0079686B">
              <w:rPr>
                <w:rFonts w:ascii="Times New Roman" w:hAnsi="Times New Roman"/>
                <w:sz w:val="20"/>
                <w:szCs w:val="28"/>
              </w:rPr>
              <w:t xml:space="preserve"> </w:t>
            </w:r>
            <w:proofErr w:type="spellStart"/>
            <w:r w:rsidRPr="0079686B">
              <w:rPr>
                <w:rFonts w:ascii="Times New Roman" w:hAnsi="Times New Roman"/>
                <w:sz w:val="20"/>
                <w:szCs w:val="28"/>
              </w:rPr>
              <w:t>multor</w:t>
            </w:r>
            <w:proofErr w:type="spellEnd"/>
            <w:r w:rsidRPr="0079686B">
              <w:rPr>
                <w:rFonts w:ascii="Times New Roman" w:hAnsi="Times New Roman"/>
                <w:sz w:val="20"/>
                <w:szCs w:val="28"/>
              </w:rPr>
              <w:t xml:space="preserve"> </w:t>
            </w:r>
            <w:proofErr w:type="spellStart"/>
            <w:r w:rsidRPr="0079686B">
              <w:rPr>
                <w:rFonts w:ascii="Times New Roman" w:hAnsi="Times New Roman"/>
                <w:sz w:val="20"/>
                <w:szCs w:val="28"/>
              </w:rPr>
              <w:t>unități</w:t>
            </w:r>
            <w:proofErr w:type="spellEnd"/>
            <w:r w:rsidRPr="0079686B">
              <w:rPr>
                <w:rFonts w:ascii="Times New Roman" w:hAnsi="Times New Roman"/>
                <w:sz w:val="20"/>
                <w:szCs w:val="28"/>
              </w:rPr>
              <w:t xml:space="preserve"> </w:t>
            </w:r>
            <w:proofErr w:type="spellStart"/>
            <w:r w:rsidRPr="0079686B">
              <w:rPr>
                <w:rFonts w:ascii="Times New Roman" w:hAnsi="Times New Roman"/>
                <w:sz w:val="20"/>
                <w:szCs w:val="28"/>
              </w:rPr>
              <w:t>administrativ-teritoriale</w:t>
            </w:r>
            <w:proofErr w:type="spellEnd"/>
          </w:p>
        </w:tc>
      </w:tr>
      <w:tr w:rsidR="00017265" w:rsidRPr="00A35EB4" w14:paraId="73D6D63E" w14:textId="77777777">
        <w:trPr>
          <w:jc w:val="center"/>
        </w:trPr>
        <w:tc>
          <w:tcPr>
            <w:tcW w:w="1094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40" w:type="dxa"/>
              <w:bottom w:w="15" w:type="dxa"/>
              <w:right w:w="40" w:type="dxa"/>
            </w:tcMar>
          </w:tcPr>
          <w:p w14:paraId="0D7C47B0" w14:textId="77777777" w:rsidR="00017265" w:rsidRPr="0079686B" w:rsidRDefault="00000000">
            <w:pPr>
              <w:spacing w:after="10" w:line="240" w:lineRule="auto"/>
              <w:rPr>
                <w:sz w:val="20"/>
                <w:szCs w:val="28"/>
              </w:rPr>
            </w:pPr>
            <w:r w:rsidRPr="0079686B">
              <w:rPr>
                <w:rFonts w:ascii="Times New Roman" w:hAnsi="Times New Roman"/>
                <w:sz w:val="20"/>
                <w:szCs w:val="28"/>
              </w:rPr>
              <w:t xml:space="preserve">☐ art. 69 </w:t>
            </w:r>
            <w:proofErr w:type="spellStart"/>
            <w:r w:rsidRPr="0079686B">
              <w:rPr>
                <w:rFonts w:ascii="Times New Roman" w:hAnsi="Times New Roman"/>
                <w:sz w:val="20"/>
                <w:szCs w:val="28"/>
              </w:rPr>
              <w:t>alin</w:t>
            </w:r>
            <w:proofErr w:type="spellEnd"/>
            <w:r w:rsidRPr="0079686B">
              <w:rPr>
                <w:rFonts w:ascii="Times New Roman" w:hAnsi="Times New Roman"/>
                <w:sz w:val="20"/>
                <w:szCs w:val="28"/>
              </w:rPr>
              <w:t xml:space="preserve">. (3) — </w:t>
            </w:r>
            <w:proofErr w:type="spellStart"/>
            <w:r w:rsidRPr="0079686B">
              <w:rPr>
                <w:rFonts w:ascii="Times New Roman" w:hAnsi="Times New Roman"/>
                <w:sz w:val="20"/>
                <w:szCs w:val="28"/>
              </w:rPr>
              <w:t>avizul</w:t>
            </w:r>
            <w:proofErr w:type="spellEnd"/>
            <w:r w:rsidRPr="0079686B">
              <w:rPr>
                <w:rFonts w:ascii="Times New Roman" w:hAnsi="Times New Roman"/>
                <w:sz w:val="20"/>
                <w:szCs w:val="28"/>
              </w:rPr>
              <w:t xml:space="preserve"> </w:t>
            </w:r>
            <w:proofErr w:type="spellStart"/>
            <w:r w:rsidRPr="0079686B">
              <w:rPr>
                <w:rFonts w:ascii="Times New Roman" w:hAnsi="Times New Roman"/>
                <w:sz w:val="20"/>
                <w:szCs w:val="28"/>
              </w:rPr>
              <w:t>prealabil</w:t>
            </w:r>
            <w:proofErr w:type="spellEnd"/>
            <w:r w:rsidRPr="0079686B">
              <w:rPr>
                <w:rFonts w:ascii="Times New Roman" w:hAnsi="Times New Roman"/>
                <w:sz w:val="20"/>
                <w:szCs w:val="28"/>
              </w:rPr>
              <w:t xml:space="preserve">, </w:t>
            </w:r>
            <w:proofErr w:type="spellStart"/>
            <w:r w:rsidRPr="0079686B">
              <w:rPr>
                <w:rFonts w:ascii="Times New Roman" w:hAnsi="Times New Roman"/>
                <w:sz w:val="20"/>
                <w:szCs w:val="28"/>
              </w:rPr>
              <w:t>favorabil</w:t>
            </w:r>
            <w:proofErr w:type="spellEnd"/>
            <w:r w:rsidRPr="0079686B">
              <w:rPr>
                <w:rFonts w:ascii="Times New Roman" w:hAnsi="Times New Roman"/>
                <w:sz w:val="20"/>
                <w:szCs w:val="28"/>
              </w:rPr>
              <w:t xml:space="preserve">, al </w:t>
            </w:r>
            <w:proofErr w:type="spellStart"/>
            <w:r w:rsidRPr="0079686B">
              <w:rPr>
                <w:rFonts w:ascii="Times New Roman" w:hAnsi="Times New Roman"/>
                <w:sz w:val="20"/>
                <w:szCs w:val="28"/>
              </w:rPr>
              <w:t>primarului</w:t>
            </w:r>
            <w:proofErr w:type="spellEnd"/>
            <w:r w:rsidRPr="0079686B">
              <w:rPr>
                <w:rFonts w:ascii="Times New Roman" w:hAnsi="Times New Roman"/>
                <w:sz w:val="20"/>
                <w:szCs w:val="28"/>
              </w:rPr>
              <w:t xml:space="preserve">, </w:t>
            </w:r>
            <w:proofErr w:type="spellStart"/>
            <w:r w:rsidRPr="0079686B">
              <w:rPr>
                <w:rFonts w:ascii="Times New Roman" w:hAnsi="Times New Roman"/>
                <w:sz w:val="20"/>
                <w:szCs w:val="28"/>
              </w:rPr>
              <w:t>necesar</w:t>
            </w:r>
            <w:proofErr w:type="spellEnd"/>
            <w:r w:rsidRPr="0079686B">
              <w:rPr>
                <w:rFonts w:ascii="Times New Roman" w:hAnsi="Times New Roman"/>
                <w:sz w:val="20"/>
                <w:szCs w:val="28"/>
              </w:rPr>
              <w:t xml:space="preserve"> </w:t>
            </w:r>
            <w:proofErr w:type="spellStart"/>
            <w:r w:rsidRPr="0079686B">
              <w:rPr>
                <w:rFonts w:ascii="Times New Roman" w:hAnsi="Times New Roman"/>
                <w:sz w:val="20"/>
                <w:szCs w:val="28"/>
              </w:rPr>
              <w:t>în</w:t>
            </w:r>
            <w:proofErr w:type="spellEnd"/>
            <w:r w:rsidRPr="0079686B">
              <w:rPr>
                <w:rFonts w:ascii="Times New Roman" w:hAnsi="Times New Roman"/>
                <w:sz w:val="20"/>
                <w:szCs w:val="28"/>
              </w:rPr>
              <w:t xml:space="preserve"> </w:t>
            </w:r>
            <w:proofErr w:type="spellStart"/>
            <w:r w:rsidRPr="0079686B">
              <w:rPr>
                <w:rFonts w:ascii="Times New Roman" w:hAnsi="Times New Roman"/>
                <w:sz w:val="20"/>
                <w:szCs w:val="28"/>
              </w:rPr>
              <w:t>vederea</w:t>
            </w:r>
            <w:proofErr w:type="spellEnd"/>
            <w:r w:rsidRPr="0079686B">
              <w:rPr>
                <w:rFonts w:ascii="Times New Roman" w:hAnsi="Times New Roman"/>
                <w:sz w:val="20"/>
                <w:szCs w:val="28"/>
              </w:rPr>
              <w:t xml:space="preserve"> </w:t>
            </w:r>
            <w:proofErr w:type="spellStart"/>
            <w:r w:rsidRPr="0079686B">
              <w:rPr>
                <w:rFonts w:ascii="Times New Roman" w:hAnsi="Times New Roman"/>
                <w:sz w:val="20"/>
                <w:szCs w:val="28"/>
              </w:rPr>
              <w:t>aprobării</w:t>
            </w:r>
            <w:proofErr w:type="spellEnd"/>
            <w:r w:rsidRPr="0079686B">
              <w:rPr>
                <w:rFonts w:ascii="Times New Roman" w:hAnsi="Times New Roman"/>
                <w:sz w:val="20"/>
                <w:szCs w:val="28"/>
              </w:rPr>
              <w:t xml:space="preserve"> de </w:t>
            </w:r>
            <w:proofErr w:type="spellStart"/>
            <w:r w:rsidRPr="0079686B">
              <w:rPr>
                <w:rFonts w:ascii="Times New Roman" w:hAnsi="Times New Roman"/>
                <w:sz w:val="20"/>
                <w:szCs w:val="28"/>
              </w:rPr>
              <w:t>către</w:t>
            </w:r>
            <w:proofErr w:type="spellEnd"/>
            <w:r w:rsidRPr="0079686B">
              <w:rPr>
                <w:rFonts w:ascii="Times New Roman" w:hAnsi="Times New Roman"/>
                <w:sz w:val="20"/>
                <w:szCs w:val="28"/>
              </w:rPr>
              <w:t xml:space="preserve"> </w:t>
            </w:r>
            <w:proofErr w:type="spellStart"/>
            <w:r w:rsidRPr="0079686B">
              <w:rPr>
                <w:rFonts w:ascii="Times New Roman" w:hAnsi="Times New Roman"/>
                <w:sz w:val="20"/>
                <w:szCs w:val="28"/>
              </w:rPr>
              <w:t>președintele</w:t>
            </w:r>
            <w:proofErr w:type="spellEnd"/>
            <w:r w:rsidRPr="0079686B">
              <w:rPr>
                <w:rFonts w:ascii="Times New Roman" w:hAnsi="Times New Roman"/>
                <w:sz w:val="20"/>
                <w:szCs w:val="28"/>
              </w:rPr>
              <w:t xml:space="preserve"> </w:t>
            </w:r>
            <w:proofErr w:type="spellStart"/>
            <w:r w:rsidRPr="0079686B">
              <w:rPr>
                <w:rFonts w:ascii="Times New Roman" w:hAnsi="Times New Roman"/>
                <w:sz w:val="20"/>
                <w:szCs w:val="28"/>
              </w:rPr>
              <w:t>consiliului</w:t>
            </w:r>
            <w:proofErr w:type="spellEnd"/>
            <w:r w:rsidRPr="0079686B">
              <w:rPr>
                <w:rFonts w:ascii="Times New Roman" w:hAnsi="Times New Roman"/>
                <w:sz w:val="20"/>
                <w:szCs w:val="28"/>
              </w:rPr>
              <w:t xml:space="preserve"> </w:t>
            </w:r>
            <w:proofErr w:type="spellStart"/>
            <w:r w:rsidRPr="0079686B">
              <w:rPr>
                <w:rFonts w:ascii="Times New Roman" w:hAnsi="Times New Roman"/>
                <w:sz w:val="20"/>
                <w:szCs w:val="28"/>
              </w:rPr>
              <w:t>județean</w:t>
            </w:r>
            <w:proofErr w:type="spellEnd"/>
            <w:r w:rsidRPr="0079686B">
              <w:rPr>
                <w:rFonts w:ascii="Times New Roman" w:hAnsi="Times New Roman"/>
                <w:sz w:val="20"/>
                <w:szCs w:val="28"/>
              </w:rPr>
              <w:t xml:space="preserve"> </w:t>
            </w:r>
            <w:proofErr w:type="gramStart"/>
            <w:r w:rsidRPr="0079686B">
              <w:rPr>
                <w:rFonts w:ascii="Times New Roman" w:hAnsi="Times New Roman"/>
                <w:sz w:val="20"/>
                <w:szCs w:val="28"/>
              </w:rPr>
              <w:t>a</w:t>
            </w:r>
            <w:proofErr w:type="gramEnd"/>
            <w:r w:rsidRPr="0079686B">
              <w:rPr>
                <w:rFonts w:ascii="Times New Roman" w:hAnsi="Times New Roman"/>
                <w:sz w:val="20"/>
                <w:szCs w:val="28"/>
              </w:rPr>
              <w:t xml:space="preserve"> </w:t>
            </w:r>
            <w:proofErr w:type="spellStart"/>
            <w:r w:rsidRPr="0079686B">
              <w:rPr>
                <w:rFonts w:ascii="Times New Roman" w:hAnsi="Times New Roman"/>
                <w:sz w:val="20"/>
                <w:szCs w:val="28"/>
              </w:rPr>
              <w:t>avizului</w:t>
            </w:r>
            <w:proofErr w:type="spellEnd"/>
            <w:r w:rsidRPr="0079686B">
              <w:rPr>
                <w:rFonts w:ascii="Times New Roman" w:hAnsi="Times New Roman"/>
                <w:sz w:val="20"/>
                <w:szCs w:val="28"/>
              </w:rPr>
              <w:t xml:space="preserve"> de </w:t>
            </w:r>
            <w:proofErr w:type="spellStart"/>
            <w:r w:rsidRPr="0079686B">
              <w:rPr>
                <w:rFonts w:ascii="Times New Roman" w:hAnsi="Times New Roman"/>
                <w:sz w:val="20"/>
                <w:szCs w:val="28"/>
              </w:rPr>
              <w:t>inițiere</w:t>
            </w:r>
            <w:proofErr w:type="spellEnd"/>
            <w:r w:rsidRPr="0079686B">
              <w:rPr>
                <w:rFonts w:ascii="Times New Roman" w:hAnsi="Times New Roman"/>
                <w:sz w:val="20"/>
                <w:szCs w:val="28"/>
              </w:rPr>
              <w:t xml:space="preserve"> </w:t>
            </w:r>
            <w:proofErr w:type="spellStart"/>
            <w:r w:rsidRPr="0079686B">
              <w:rPr>
                <w:rFonts w:ascii="Times New Roman" w:hAnsi="Times New Roman"/>
                <w:sz w:val="20"/>
                <w:szCs w:val="28"/>
              </w:rPr>
              <w:t>pentru</w:t>
            </w:r>
            <w:proofErr w:type="spellEnd"/>
            <w:r w:rsidRPr="0079686B">
              <w:rPr>
                <w:rFonts w:ascii="Times New Roman" w:hAnsi="Times New Roman"/>
                <w:sz w:val="20"/>
                <w:szCs w:val="28"/>
              </w:rPr>
              <w:t xml:space="preserve"> un PUZ al </w:t>
            </w:r>
            <w:proofErr w:type="spellStart"/>
            <w:r w:rsidRPr="0079686B">
              <w:rPr>
                <w:rFonts w:ascii="Times New Roman" w:hAnsi="Times New Roman"/>
                <w:sz w:val="20"/>
                <w:szCs w:val="28"/>
              </w:rPr>
              <w:t>cărui</w:t>
            </w:r>
            <w:proofErr w:type="spellEnd"/>
            <w:r w:rsidRPr="0079686B">
              <w:rPr>
                <w:rFonts w:ascii="Times New Roman" w:hAnsi="Times New Roman"/>
                <w:sz w:val="20"/>
                <w:szCs w:val="28"/>
              </w:rPr>
              <w:t xml:space="preserve"> </w:t>
            </w:r>
            <w:proofErr w:type="spellStart"/>
            <w:r w:rsidRPr="0079686B">
              <w:rPr>
                <w:rFonts w:ascii="Times New Roman" w:hAnsi="Times New Roman"/>
                <w:sz w:val="20"/>
                <w:szCs w:val="28"/>
              </w:rPr>
              <w:t>teritoriu</w:t>
            </w:r>
            <w:proofErr w:type="spellEnd"/>
            <w:r w:rsidRPr="0079686B">
              <w:rPr>
                <w:rFonts w:ascii="Times New Roman" w:hAnsi="Times New Roman"/>
                <w:sz w:val="20"/>
                <w:szCs w:val="28"/>
              </w:rPr>
              <w:t xml:space="preserve"> </w:t>
            </w:r>
            <w:proofErr w:type="spellStart"/>
            <w:r w:rsidRPr="0079686B">
              <w:rPr>
                <w:rFonts w:ascii="Times New Roman" w:hAnsi="Times New Roman"/>
                <w:sz w:val="20"/>
                <w:szCs w:val="28"/>
              </w:rPr>
              <w:t>reglementat</w:t>
            </w:r>
            <w:proofErr w:type="spellEnd"/>
            <w:r w:rsidRPr="0079686B">
              <w:rPr>
                <w:rFonts w:ascii="Times New Roman" w:hAnsi="Times New Roman"/>
                <w:sz w:val="20"/>
                <w:szCs w:val="28"/>
              </w:rPr>
              <w:t xml:space="preserve"> </w:t>
            </w:r>
            <w:proofErr w:type="spellStart"/>
            <w:r w:rsidRPr="0079686B">
              <w:rPr>
                <w:rFonts w:ascii="Times New Roman" w:hAnsi="Times New Roman"/>
                <w:sz w:val="20"/>
                <w:szCs w:val="28"/>
              </w:rPr>
              <w:t>implică</w:t>
            </w:r>
            <w:proofErr w:type="spellEnd"/>
            <w:r w:rsidRPr="0079686B">
              <w:rPr>
                <w:rFonts w:ascii="Times New Roman" w:hAnsi="Times New Roman"/>
                <w:sz w:val="20"/>
                <w:szCs w:val="28"/>
              </w:rPr>
              <w:t xml:space="preserve"> cel </w:t>
            </w:r>
            <w:proofErr w:type="spellStart"/>
            <w:r w:rsidRPr="0079686B">
              <w:rPr>
                <w:rFonts w:ascii="Times New Roman" w:hAnsi="Times New Roman"/>
                <w:sz w:val="20"/>
                <w:szCs w:val="28"/>
              </w:rPr>
              <w:t>puțin</w:t>
            </w:r>
            <w:proofErr w:type="spellEnd"/>
            <w:r w:rsidRPr="0079686B">
              <w:rPr>
                <w:rFonts w:ascii="Times New Roman" w:hAnsi="Times New Roman"/>
                <w:sz w:val="20"/>
                <w:szCs w:val="28"/>
              </w:rPr>
              <w:t xml:space="preserve"> </w:t>
            </w:r>
            <w:proofErr w:type="spellStart"/>
            <w:r w:rsidRPr="0079686B">
              <w:rPr>
                <w:rFonts w:ascii="Times New Roman" w:hAnsi="Times New Roman"/>
                <w:sz w:val="20"/>
                <w:szCs w:val="28"/>
              </w:rPr>
              <w:t>două</w:t>
            </w:r>
            <w:proofErr w:type="spellEnd"/>
            <w:r w:rsidRPr="0079686B">
              <w:rPr>
                <w:rFonts w:ascii="Times New Roman" w:hAnsi="Times New Roman"/>
                <w:sz w:val="20"/>
                <w:szCs w:val="28"/>
              </w:rPr>
              <w:t xml:space="preserve"> </w:t>
            </w:r>
            <w:proofErr w:type="spellStart"/>
            <w:r w:rsidRPr="0079686B">
              <w:rPr>
                <w:rFonts w:ascii="Times New Roman" w:hAnsi="Times New Roman"/>
                <w:sz w:val="20"/>
                <w:szCs w:val="28"/>
              </w:rPr>
              <w:t>unități</w:t>
            </w:r>
            <w:proofErr w:type="spellEnd"/>
            <w:r w:rsidRPr="0079686B">
              <w:rPr>
                <w:rFonts w:ascii="Times New Roman" w:hAnsi="Times New Roman"/>
                <w:sz w:val="20"/>
                <w:szCs w:val="28"/>
              </w:rPr>
              <w:t xml:space="preserve"> </w:t>
            </w:r>
            <w:proofErr w:type="spellStart"/>
            <w:r w:rsidRPr="0079686B">
              <w:rPr>
                <w:rFonts w:ascii="Times New Roman" w:hAnsi="Times New Roman"/>
                <w:sz w:val="20"/>
                <w:szCs w:val="28"/>
              </w:rPr>
              <w:t>administrativ-teritoriale</w:t>
            </w:r>
            <w:proofErr w:type="spellEnd"/>
          </w:p>
        </w:tc>
      </w:tr>
      <w:tr w:rsidR="00017265" w:rsidRPr="00A35EB4" w14:paraId="7AD85A17" w14:textId="77777777">
        <w:trPr>
          <w:jc w:val="center"/>
        </w:trPr>
        <w:tc>
          <w:tcPr>
            <w:tcW w:w="1094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40" w:type="dxa"/>
              <w:bottom w:w="15" w:type="dxa"/>
              <w:right w:w="40" w:type="dxa"/>
            </w:tcMar>
          </w:tcPr>
          <w:p w14:paraId="13E60847" w14:textId="77777777" w:rsidR="00017265" w:rsidRPr="0079686B" w:rsidRDefault="00000000">
            <w:pPr>
              <w:spacing w:after="10" w:line="240" w:lineRule="auto"/>
              <w:rPr>
                <w:sz w:val="20"/>
                <w:szCs w:val="28"/>
              </w:rPr>
            </w:pPr>
            <w:r w:rsidRPr="0079686B">
              <w:rPr>
                <w:rFonts w:ascii="Times New Roman" w:hAnsi="Times New Roman"/>
                <w:sz w:val="20"/>
                <w:szCs w:val="28"/>
              </w:rPr>
              <w:t xml:space="preserve">☐ art. 304 </w:t>
            </w:r>
            <w:proofErr w:type="spellStart"/>
            <w:r w:rsidRPr="0079686B">
              <w:rPr>
                <w:rFonts w:ascii="Times New Roman" w:hAnsi="Times New Roman"/>
                <w:sz w:val="20"/>
                <w:szCs w:val="28"/>
              </w:rPr>
              <w:t>alin</w:t>
            </w:r>
            <w:proofErr w:type="spellEnd"/>
            <w:r w:rsidRPr="0079686B">
              <w:rPr>
                <w:rFonts w:ascii="Times New Roman" w:hAnsi="Times New Roman"/>
                <w:sz w:val="20"/>
                <w:szCs w:val="28"/>
              </w:rPr>
              <w:t xml:space="preserve">. (3) — </w:t>
            </w:r>
            <w:proofErr w:type="spellStart"/>
            <w:r w:rsidRPr="0079686B">
              <w:rPr>
                <w:rFonts w:ascii="Times New Roman" w:hAnsi="Times New Roman"/>
                <w:sz w:val="20"/>
                <w:szCs w:val="28"/>
              </w:rPr>
              <w:t>avizul</w:t>
            </w:r>
            <w:proofErr w:type="spellEnd"/>
            <w:r w:rsidRPr="0079686B">
              <w:rPr>
                <w:rFonts w:ascii="Times New Roman" w:hAnsi="Times New Roman"/>
                <w:sz w:val="20"/>
                <w:szCs w:val="28"/>
              </w:rPr>
              <w:t xml:space="preserve"> </w:t>
            </w:r>
            <w:proofErr w:type="spellStart"/>
            <w:r w:rsidRPr="0079686B">
              <w:rPr>
                <w:rFonts w:ascii="Times New Roman" w:hAnsi="Times New Roman"/>
                <w:sz w:val="20"/>
                <w:szCs w:val="28"/>
              </w:rPr>
              <w:t>prealabil</w:t>
            </w:r>
            <w:proofErr w:type="spellEnd"/>
            <w:r w:rsidRPr="0079686B">
              <w:rPr>
                <w:rFonts w:ascii="Times New Roman" w:hAnsi="Times New Roman"/>
                <w:sz w:val="20"/>
                <w:szCs w:val="28"/>
              </w:rPr>
              <w:t xml:space="preserve"> al </w:t>
            </w:r>
            <w:proofErr w:type="spellStart"/>
            <w:r w:rsidRPr="0079686B">
              <w:rPr>
                <w:rFonts w:ascii="Times New Roman" w:hAnsi="Times New Roman"/>
                <w:sz w:val="20"/>
                <w:szCs w:val="28"/>
              </w:rPr>
              <w:t>primarului</w:t>
            </w:r>
            <w:proofErr w:type="spellEnd"/>
            <w:r w:rsidRPr="0079686B">
              <w:rPr>
                <w:rFonts w:ascii="Times New Roman" w:hAnsi="Times New Roman"/>
                <w:sz w:val="20"/>
                <w:szCs w:val="28"/>
              </w:rPr>
              <w:t xml:space="preserve">, </w:t>
            </w:r>
            <w:proofErr w:type="spellStart"/>
            <w:r w:rsidRPr="0079686B">
              <w:rPr>
                <w:rFonts w:ascii="Times New Roman" w:hAnsi="Times New Roman"/>
                <w:sz w:val="20"/>
                <w:szCs w:val="28"/>
              </w:rPr>
              <w:t>necesar</w:t>
            </w:r>
            <w:proofErr w:type="spellEnd"/>
            <w:r w:rsidRPr="0079686B">
              <w:rPr>
                <w:rFonts w:ascii="Times New Roman" w:hAnsi="Times New Roman"/>
                <w:sz w:val="20"/>
                <w:szCs w:val="28"/>
              </w:rPr>
              <w:t xml:space="preserve"> </w:t>
            </w:r>
            <w:proofErr w:type="spellStart"/>
            <w:r w:rsidRPr="0079686B">
              <w:rPr>
                <w:rFonts w:ascii="Times New Roman" w:hAnsi="Times New Roman"/>
                <w:sz w:val="20"/>
                <w:szCs w:val="28"/>
              </w:rPr>
              <w:t>în</w:t>
            </w:r>
            <w:proofErr w:type="spellEnd"/>
            <w:r w:rsidRPr="0079686B">
              <w:rPr>
                <w:rFonts w:ascii="Times New Roman" w:hAnsi="Times New Roman"/>
                <w:sz w:val="20"/>
                <w:szCs w:val="28"/>
              </w:rPr>
              <w:t xml:space="preserve"> </w:t>
            </w:r>
            <w:proofErr w:type="spellStart"/>
            <w:r w:rsidRPr="0079686B">
              <w:rPr>
                <w:rFonts w:ascii="Times New Roman" w:hAnsi="Times New Roman"/>
                <w:sz w:val="20"/>
                <w:szCs w:val="28"/>
              </w:rPr>
              <w:t>vederea</w:t>
            </w:r>
            <w:proofErr w:type="spellEnd"/>
            <w:r w:rsidRPr="0079686B">
              <w:rPr>
                <w:rFonts w:ascii="Times New Roman" w:hAnsi="Times New Roman"/>
                <w:sz w:val="20"/>
                <w:szCs w:val="28"/>
              </w:rPr>
              <w:t xml:space="preserve"> </w:t>
            </w:r>
            <w:proofErr w:type="spellStart"/>
            <w:r w:rsidRPr="0079686B">
              <w:rPr>
                <w:rFonts w:ascii="Times New Roman" w:hAnsi="Times New Roman"/>
                <w:sz w:val="20"/>
                <w:szCs w:val="28"/>
              </w:rPr>
              <w:t>emiterii</w:t>
            </w:r>
            <w:proofErr w:type="spellEnd"/>
            <w:r w:rsidRPr="0079686B">
              <w:rPr>
                <w:rFonts w:ascii="Times New Roman" w:hAnsi="Times New Roman"/>
                <w:sz w:val="20"/>
                <w:szCs w:val="28"/>
              </w:rPr>
              <w:t xml:space="preserve"> </w:t>
            </w:r>
            <w:proofErr w:type="spellStart"/>
            <w:r w:rsidRPr="0079686B">
              <w:rPr>
                <w:rFonts w:ascii="Times New Roman" w:hAnsi="Times New Roman"/>
                <w:sz w:val="20"/>
                <w:szCs w:val="28"/>
              </w:rPr>
              <w:t>autorizației</w:t>
            </w:r>
            <w:proofErr w:type="spellEnd"/>
            <w:r w:rsidRPr="0079686B">
              <w:rPr>
                <w:rFonts w:ascii="Times New Roman" w:hAnsi="Times New Roman"/>
                <w:sz w:val="20"/>
                <w:szCs w:val="28"/>
              </w:rPr>
              <w:t xml:space="preserve"> de </w:t>
            </w:r>
            <w:proofErr w:type="spellStart"/>
            <w:r w:rsidRPr="0079686B">
              <w:rPr>
                <w:rFonts w:ascii="Times New Roman" w:hAnsi="Times New Roman"/>
                <w:sz w:val="20"/>
                <w:szCs w:val="28"/>
              </w:rPr>
              <w:t>construire</w:t>
            </w:r>
            <w:proofErr w:type="spellEnd"/>
            <w:r w:rsidRPr="0079686B">
              <w:rPr>
                <w:rFonts w:ascii="Times New Roman" w:hAnsi="Times New Roman"/>
                <w:sz w:val="20"/>
                <w:szCs w:val="28"/>
              </w:rPr>
              <w:t xml:space="preserve"> / </w:t>
            </w:r>
            <w:proofErr w:type="spellStart"/>
            <w:r w:rsidRPr="0079686B">
              <w:rPr>
                <w:rFonts w:ascii="Times New Roman" w:hAnsi="Times New Roman"/>
                <w:sz w:val="20"/>
                <w:szCs w:val="28"/>
              </w:rPr>
              <w:t>desființare</w:t>
            </w:r>
            <w:proofErr w:type="spellEnd"/>
            <w:r w:rsidRPr="0079686B">
              <w:rPr>
                <w:rFonts w:ascii="Times New Roman" w:hAnsi="Times New Roman"/>
                <w:sz w:val="20"/>
                <w:szCs w:val="28"/>
              </w:rPr>
              <w:t xml:space="preserve"> de </w:t>
            </w:r>
            <w:proofErr w:type="spellStart"/>
            <w:r w:rsidRPr="0079686B">
              <w:rPr>
                <w:rFonts w:ascii="Times New Roman" w:hAnsi="Times New Roman"/>
                <w:sz w:val="20"/>
                <w:szCs w:val="28"/>
              </w:rPr>
              <w:t>către</w:t>
            </w:r>
            <w:proofErr w:type="spellEnd"/>
            <w:r w:rsidRPr="0079686B">
              <w:rPr>
                <w:rFonts w:ascii="Times New Roman" w:hAnsi="Times New Roman"/>
                <w:sz w:val="20"/>
                <w:szCs w:val="28"/>
              </w:rPr>
              <w:t xml:space="preserve"> </w:t>
            </w:r>
            <w:proofErr w:type="spellStart"/>
            <w:r w:rsidRPr="0079686B">
              <w:rPr>
                <w:rFonts w:ascii="Times New Roman" w:hAnsi="Times New Roman"/>
                <w:sz w:val="20"/>
                <w:szCs w:val="28"/>
              </w:rPr>
              <w:t>președintele</w:t>
            </w:r>
            <w:proofErr w:type="spellEnd"/>
            <w:r w:rsidRPr="0079686B">
              <w:rPr>
                <w:rFonts w:ascii="Times New Roman" w:hAnsi="Times New Roman"/>
                <w:sz w:val="20"/>
                <w:szCs w:val="28"/>
              </w:rPr>
              <w:t xml:space="preserve"> </w:t>
            </w:r>
            <w:proofErr w:type="spellStart"/>
            <w:r w:rsidRPr="0079686B">
              <w:rPr>
                <w:rFonts w:ascii="Times New Roman" w:hAnsi="Times New Roman"/>
                <w:sz w:val="20"/>
                <w:szCs w:val="28"/>
              </w:rPr>
              <w:t>consiliului</w:t>
            </w:r>
            <w:proofErr w:type="spellEnd"/>
            <w:r w:rsidRPr="0079686B">
              <w:rPr>
                <w:rFonts w:ascii="Times New Roman" w:hAnsi="Times New Roman"/>
                <w:sz w:val="20"/>
                <w:szCs w:val="28"/>
              </w:rPr>
              <w:t xml:space="preserve"> </w:t>
            </w:r>
            <w:proofErr w:type="spellStart"/>
            <w:r w:rsidRPr="0079686B">
              <w:rPr>
                <w:rFonts w:ascii="Times New Roman" w:hAnsi="Times New Roman"/>
                <w:sz w:val="20"/>
                <w:szCs w:val="28"/>
              </w:rPr>
              <w:t>județean</w:t>
            </w:r>
            <w:proofErr w:type="spellEnd"/>
            <w:r w:rsidRPr="0079686B">
              <w:rPr>
                <w:rFonts w:ascii="Times New Roman" w:hAnsi="Times New Roman"/>
                <w:sz w:val="20"/>
                <w:szCs w:val="28"/>
              </w:rPr>
              <w:t xml:space="preserve">, </w:t>
            </w:r>
            <w:proofErr w:type="spellStart"/>
            <w:r w:rsidRPr="0079686B">
              <w:rPr>
                <w:rFonts w:ascii="Times New Roman" w:hAnsi="Times New Roman"/>
                <w:sz w:val="20"/>
                <w:szCs w:val="28"/>
              </w:rPr>
              <w:t>pentru</w:t>
            </w:r>
            <w:proofErr w:type="spellEnd"/>
            <w:r w:rsidRPr="0079686B">
              <w:rPr>
                <w:rFonts w:ascii="Times New Roman" w:hAnsi="Times New Roman"/>
                <w:sz w:val="20"/>
                <w:szCs w:val="28"/>
              </w:rPr>
              <w:t xml:space="preserve"> </w:t>
            </w:r>
            <w:proofErr w:type="spellStart"/>
            <w:r w:rsidRPr="0079686B">
              <w:rPr>
                <w:rFonts w:ascii="Times New Roman" w:hAnsi="Times New Roman"/>
                <w:sz w:val="20"/>
                <w:szCs w:val="28"/>
              </w:rPr>
              <w:t>lucrări</w:t>
            </w:r>
            <w:proofErr w:type="spellEnd"/>
            <w:r w:rsidRPr="0079686B">
              <w:rPr>
                <w:rFonts w:ascii="Times New Roman" w:hAnsi="Times New Roman"/>
                <w:sz w:val="20"/>
                <w:szCs w:val="28"/>
              </w:rPr>
              <w:t xml:space="preserve"> pe </w:t>
            </w:r>
            <w:proofErr w:type="spellStart"/>
            <w:r w:rsidRPr="0079686B">
              <w:rPr>
                <w:rFonts w:ascii="Times New Roman" w:hAnsi="Times New Roman"/>
                <w:sz w:val="20"/>
                <w:szCs w:val="28"/>
              </w:rPr>
              <w:t>imobile</w:t>
            </w:r>
            <w:proofErr w:type="spellEnd"/>
            <w:r w:rsidRPr="0079686B">
              <w:rPr>
                <w:rFonts w:ascii="Times New Roman" w:hAnsi="Times New Roman"/>
                <w:sz w:val="20"/>
                <w:szCs w:val="28"/>
              </w:rPr>
              <w:t xml:space="preserve"> care </w:t>
            </w:r>
            <w:proofErr w:type="spellStart"/>
            <w:r w:rsidRPr="0079686B">
              <w:rPr>
                <w:rFonts w:ascii="Times New Roman" w:hAnsi="Times New Roman"/>
                <w:sz w:val="20"/>
                <w:szCs w:val="28"/>
              </w:rPr>
              <w:t>depășesc</w:t>
            </w:r>
            <w:proofErr w:type="spellEnd"/>
            <w:r w:rsidRPr="0079686B">
              <w:rPr>
                <w:rFonts w:ascii="Times New Roman" w:hAnsi="Times New Roman"/>
                <w:sz w:val="20"/>
                <w:szCs w:val="28"/>
              </w:rPr>
              <w:t xml:space="preserve"> </w:t>
            </w:r>
            <w:proofErr w:type="spellStart"/>
            <w:r w:rsidRPr="0079686B">
              <w:rPr>
                <w:rFonts w:ascii="Times New Roman" w:hAnsi="Times New Roman"/>
                <w:sz w:val="20"/>
                <w:szCs w:val="28"/>
              </w:rPr>
              <w:t>limita</w:t>
            </w:r>
            <w:proofErr w:type="spellEnd"/>
            <w:r w:rsidRPr="0079686B">
              <w:rPr>
                <w:rFonts w:ascii="Times New Roman" w:hAnsi="Times New Roman"/>
                <w:sz w:val="20"/>
                <w:szCs w:val="28"/>
              </w:rPr>
              <w:t xml:space="preserve"> </w:t>
            </w:r>
            <w:proofErr w:type="spellStart"/>
            <w:r w:rsidRPr="0079686B">
              <w:rPr>
                <w:rFonts w:ascii="Times New Roman" w:hAnsi="Times New Roman"/>
                <w:sz w:val="20"/>
                <w:szCs w:val="28"/>
              </w:rPr>
              <w:t>unei</w:t>
            </w:r>
            <w:proofErr w:type="spellEnd"/>
            <w:r w:rsidRPr="0079686B">
              <w:rPr>
                <w:rFonts w:ascii="Times New Roman" w:hAnsi="Times New Roman"/>
                <w:sz w:val="20"/>
                <w:szCs w:val="28"/>
              </w:rPr>
              <w:t xml:space="preserve"> </w:t>
            </w:r>
            <w:proofErr w:type="spellStart"/>
            <w:r w:rsidRPr="0079686B">
              <w:rPr>
                <w:rFonts w:ascii="Times New Roman" w:hAnsi="Times New Roman"/>
                <w:sz w:val="20"/>
                <w:szCs w:val="28"/>
              </w:rPr>
              <w:t>localități</w:t>
            </w:r>
            <w:proofErr w:type="spellEnd"/>
            <w:r w:rsidRPr="0079686B">
              <w:rPr>
                <w:rFonts w:ascii="Times New Roman" w:hAnsi="Times New Roman"/>
                <w:sz w:val="20"/>
                <w:szCs w:val="28"/>
              </w:rPr>
              <w:t xml:space="preserve"> </w:t>
            </w:r>
            <w:proofErr w:type="spellStart"/>
            <w:r w:rsidRPr="0079686B">
              <w:rPr>
                <w:rFonts w:ascii="Times New Roman" w:hAnsi="Times New Roman"/>
                <w:sz w:val="20"/>
                <w:szCs w:val="28"/>
              </w:rPr>
              <w:t>sau</w:t>
            </w:r>
            <w:proofErr w:type="spellEnd"/>
            <w:r w:rsidRPr="0079686B">
              <w:rPr>
                <w:rFonts w:ascii="Times New Roman" w:hAnsi="Times New Roman"/>
                <w:sz w:val="20"/>
                <w:szCs w:val="28"/>
              </w:rPr>
              <w:t xml:space="preserve"> </w:t>
            </w:r>
            <w:proofErr w:type="spellStart"/>
            <w:r w:rsidRPr="0079686B">
              <w:rPr>
                <w:rFonts w:ascii="Times New Roman" w:hAnsi="Times New Roman"/>
                <w:sz w:val="20"/>
                <w:szCs w:val="28"/>
              </w:rPr>
              <w:t>în</w:t>
            </w:r>
            <w:proofErr w:type="spellEnd"/>
            <w:r w:rsidRPr="0079686B">
              <w:rPr>
                <w:rFonts w:ascii="Times New Roman" w:hAnsi="Times New Roman"/>
                <w:sz w:val="20"/>
                <w:szCs w:val="28"/>
              </w:rPr>
              <w:t xml:space="preserve"> </w:t>
            </w:r>
            <w:proofErr w:type="spellStart"/>
            <w:r w:rsidRPr="0079686B">
              <w:rPr>
                <w:rFonts w:ascii="Times New Roman" w:hAnsi="Times New Roman"/>
                <w:sz w:val="20"/>
                <w:szCs w:val="28"/>
              </w:rPr>
              <w:t>localitățile</w:t>
            </w:r>
            <w:proofErr w:type="spellEnd"/>
            <w:r w:rsidRPr="0079686B">
              <w:rPr>
                <w:rFonts w:ascii="Times New Roman" w:hAnsi="Times New Roman"/>
                <w:sz w:val="20"/>
                <w:szCs w:val="28"/>
              </w:rPr>
              <w:t xml:space="preserve"> care nu </w:t>
            </w:r>
            <w:proofErr w:type="spellStart"/>
            <w:r w:rsidRPr="0079686B">
              <w:rPr>
                <w:rFonts w:ascii="Times New Roman" w:hAnsi="Times New Roman"/>
                <w:sz w:val="20"/>
                <w:szCs w:val="28"/>
              </w:rPr>
              <w:t>dețin</w:t>
            </w:r>
            <w:proofErr w:type="spellEnd"/>
            <w:r w:rsidRPr="0079686B">
              <w:rPr>
                <w:rFonts w:ascii="Times New Roman" w:hAnsi="Times New Roman"/>
                <w:sz w:val="20"/>
                <w:szCs w:val="28"/>
              </w:rPr>
              <w:t xml:space="preserve"> </w:t>
            </w:r>
            <w:proofErr w:type="spellStart"/>
            <w:r w:rsidRPr="0079686B">
              <w:rPr>
                <w:rFonts w:ascii="Times New Roman" w:hAnsi="Times New Roman"/>
                <w:sz w:val="20"/>
                <w:szCs w:val="28"/>
              </w:rPr>
              <w:t>structuri</w:t>
            </w:r>
            <w:proofErr w:type="spellEnd"/>
            <w:r w:rsidRPr="0079686B">
              <w:rPr>
                <w:rFonts w:ascii="Times New Roman" w:hAnsi="Times New Roman"/>
                <w:sz w:val="20"/>
                <w:szCs w:val="28"/>
              </w:rPr>
              <w:t xml:space="preserve"> de </w:t>
            </w:r>
            <w:proofErr w:type="spellStart"/>
            <w:r w:rsidRPr="0079686B">
              <w:rPr>
                <w:rFonts w:ascii="Times New Roman" w:hAnsi="Times New Roman"/>
                <w:sz w:val="20"/>
                <w:szCs w:val="28"/>
              </w:rPr>
              <w:t>specialitate</w:t>
            </w:r>
            <w:proofErr w:type="spellEnd"/>
          </w:p>
        </w:tc>
      </w:tr>
    </w:tbl>
    <w:p w14:paraId="59051D70" w14:textId="77777777" w:rsidR="00017265" w:rsidRPr="00A35EB4" w:rsidRDefault="00017265">
      <w:pPr>
        <w:spacing w:before="40" w:after="0"/>
        <w:rPr>
          <w:sz w:val="24"/>
          <w:szCs w:val="24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736"/>
        <w:gridCol w:w="912"/>
        <w:gridCol w:w="2736"/>
        <w:gridCol w:w="912"/>
        <w:gridCol w:w="1824"/>
        <w:gridCol w:w="1824"/>
      </w:tblGrid>
      <w:tr w:rsidR="00017265" w:rsidRPr="0079686B" w14:paraId="2C6B888A" w14:textId="77777777">
        <w:trPr>
          <w:jc w:val="center"/>
        </w:trPr>
        <w:tc>
          <w:tcPr>
            <w:tcW w:w="10944" w:type="dxa"/>
            <w:gridSpan w:val="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BEBEB"/>
            <w:tcMar>
              <w:top w:w="15" w:type="dxa"/>
              <w:left w:w="35" w:type="dxa"/>
              <w:bottom w:w="15" w:type="dxa"/>
              <w:right w:w="35" w:type="dxa"/>
            </w:tcMar>
          </w:tcPr>
          <w:p w14:paraId="34473FE8" w14:textId="77777777" w:rsidR="00017265" w:rsidRPr="0079686B" w:rsidRDefault="00000000">
            <w:pPr>
              <w:spacing w:before="10" w:after="10" w:line="240" w:lineRule="auto"/>
              <w:rPr>
                <w:sz w:val="20"/>
                <w:szCs w:val="28"/>
              </w:rPr>
            </w:pPr>
            <w:r w:rsidRPr="0079686B">
              <w:rPr>
                <w:rFonts w:ascii="Times New Roman" w:hAnsi="Times New Roman"/>
                <w:b/>
                <w:sz w:val="20"/>
                <w:szCs w:val="28"/>
              </w:rPr>
              <w:t>4. IMOBILUL</w:t>
            </w:r>
          </w:p>
        </w:tc>
      </w:tr>
      <w:tr w:rsidR="00017265" w:rsidRPr="0079686B" w14:paraId="2AECC464" w14:textId="77777777">
        <w:trPr>
          <w:jc w:val="center"/>
        </w:trPr>
        <w:tc>
          <w:tcPr>
            <w:tcW w:w="10944" w:type="dxa"/>
            <w:gridSpan w:val="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35" w:type="dxa"/>
              <w:bottom w:w="15" w:type="dxa"/>
              <w:right w:w="35" w:type="dxa"/>
            </w:tcMar>
          </w:tcPr>
          <w:p w14:paraId="3461E722" w14:textId="77777777" w:rsidR="00017265" w:rsidRPr="0079686B" w:rsidRDefault="00000000">
            <w:pPr>
              <w:spacing w:after="10" w:line="240" w:lineRule="auto"/>
              <w:rPr>
                <w:sz w:val="20"/>
                <w:szCs w:val="28"/>
              </w:rPr>
            </w:pPr>
            <w:r w:rsidRPr="0079686B">
              <w:rPr>
                <w:rFonts w:ascii="Times New Roman" w:hAnsi="Times New Roman"/>
                <w:sz w:val="20"/>
                <w:szCs w:val="28"/>
              </w:rPr>
              <w:t xml:space="preserve">☐ </w:t>
            </w:r>
            <w:proofErr w:type="spellStart"/>
            <w:r w:rsidRPr="0079686B">
              <w:rPr>
                <w:rFonts w:ascii="Times New Roman" w:hAnsi="Times New Roman"/>
                <w:sz w:val="20"/>
                <w:szCs w:val="28"/>
              </w:rPr>
              <w:t>teren</w:t>
            </w:r>
            <w:proofErr w:type="spellEnd"/>
            <w:r w:rsidRPr="0079686B">
              <w:rPr>
                <w:rFonts w:ascii="Times New Roman" w:hAnsi="Times New Roman"/>
                <w:sz w:val="20"/>
                <w:szCs w:val="28"/>
              </w:rPr>
              <w:t xml:space="preserve">     ☐ </w:t>
            </w:r>
            <w:proofErr w:type="spellStart"/>
            <w:r w:rsidRPr="0079686B">
              <w:rPr>
                <w:rFonts w:ascii="Times New Roman" w:hAnsi="Times New Roman"/>
                <w:sz w:val="20"/>
                <w:szCs w:val="28"/>
              </w:rPr>
              <w:t>construcții</w:t>
            </w:r>
            <w:proofErr w:type="spellEnd"/>
          </w:p>
        </w:tc>
      </w:tr>
      <w:tr w:rsidR="00017265" w:rsidRPr="0079686B" w14:paraId="3D5D2391" w14:textId="77777777">
        <w:trPr>
          <w:jc w:val="center"/>
        </w:trPr>
        <w:tc>
          <w:tcPr>
            <w:tcW w:w="36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35" w:type="dxa"/>
              <w:bottom w:w="15" w:type="dxa"/>
              <w:right w:w="35" w:type="dxa"/>
            </w:tcMar>
          </w:tcPr>
          <w:p w14:paraId="5836FD47" w14:textId="77777777" w:rsidR="00017265" w:rsidRPr="0079686B" w:rsidRDefault="00000000">
            <w:pPr>
              <w:spacing w:after="0" w:line="240" w:lineRule="auto"/>
              <w:rPr>
                <w:sz w:val="20"/>
                <w:szCs w:val="28"/>
              </w:rPr>
            </w:pPr>
            <w:proofErr w:type="spellStart"/>
            <w:r w:rsidRPr="0079686B">
              <w:rPr>
                <w:rFonts w:ascii="Times New Roman" w:hAnsi="Times New Roman"/>
                <w:b/>
                <w:color w:val="004682"/>
                <w:sz w:val="20"/>
                <w:szCs w:val="28"/>
              </w:rPr>
              <w:t>Județ</w:t>
            </w:r>
            <w:proofErr w:type="spellEnd"/>
          </w:p>
        </w:tc>
        <w:tc>
          <w:tcPr>
            <w:tcW w:w="36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35" w:type="dxa"/>
              <w:bottom w:w="15" w:type="dxa"/>
              <w:right w:w="35" w:type="dxa"/>
            </w:tcMar>
          </w:tcPr>
          <w:p w14:paraId="509F7B89" w14:textId="77777777" w:rsidR="00017265" w:rsidRPr="0079686B" w:rsidRDefault="00000000">
            <w:pPr>
              <w:spacing w:after="0" w:line="240" w:lineRule="auto"/>
              <w:rPr>
                <w:sz w:val="20"/>
                <w:szCs w:val="28"/>
              </w:rPr>
            </w:pPr>
            <w:proofErr w:type="spellStart"/>
            <w:r w:rsidRPr="0079686B">
              <w:rPr>
                <w:rFonts w:ascii="Times New Roman" w:hAnsi="Times New Roman"/>
                <w:b/>
                <w:color w:val="004682"/>
                <w:sz w:val="20"/>
                <w:szCs w:val="28"/>
              </w:rPr>
              <w:t>Municipiu</w:t>
            </w:r>
            <w:proofErr w:type="spellEnd"/>
            <w:r w:rsidRPr="0079686B">
              <w:rPr>
                <w:rFonts w:ascii="Times New Roman" w:hAnsi="Times New Roman"/>
                <w:b/>
                <w:color w:val="004682"/>
                <w:sz w:val="20"/>
                <w:szCs w:val="28"/>
              </w:rPr>
              <w:t xml:space="preserve"> / </w:t>
            </w:r>
            <w:proofErr w:type="spellStart"/>
            <w:r w:rsidRPr="0079686B">
              <w:rPr>
                <w:rFonts w:ascii="Times New Roman" w:hAnsi="Times New Roman"/>
                <w:b/>
                <w:color w:val="004682"/>
                <w:sz w:val="20"/>
                <w:szCs w:val="28"/>
              </w:rPr>
              <w:t>oraș</w:t>
            </w:r>
            <w:proofErr w:type="spellEnd"/>
            <w:r w:rsidRPr="0079686B">
              <w:rPr>
                <w:rFonts w:ascii="Times New Roman" w:hAnsi="Times New Roman"/>
                <w:b/>
                <w:color w:val="004682"/>
                <w:sz w:val="20"/>
                <w:szCs w:val="28"/>
              </w:rPr>
              <w:t xml:space="preserve"> / </w:t>
            </w:r>
            <w:proofErr w:type="spellStart"/>
            <w:r w:rsidRPr="0079686B">
              <w:rPr>
                <w:rFonts w:ascii="Times New Roman" w:hAnsi="Times New Roman"/>
                <w:b/>
                <w:color w:val="004682"/>
                <w:sz w:val="20"/>
                <w:szCs w:val="28"/>
              </w:rPr>
              <w:t>comună</w:t>
            </w:r>
            <w:proofErr w:type="spellEnd"/>
          </w:p>
        </w:tc>
        <w:tc>
          <w:tcPr>
            <w:tcW w:w="36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35" w:type="dxa"/>
              <w:bottom w:w="15" w:type="dxa"/>
              <w:right w:w="35" w:type="dxa"/>
            </w:tcMar>
          </w:tcPr>
          <w:p w14:paraId="11532272" w14:textId="77777777" w:rsidR="00017265" w:rsidRPr="0079686B" w:rsidRDefault="00000000">
            <w:pPr>
              <w:spacing w:after="0" w:line="240" w:lineRule="auto"/>
              <w:rPr>
                <w:sz w:val="20"/>
                <w:szCs w:val="28"/>
              </w:rPr>
            </w:pPr>
            <w:r w:rsidRPr="0079686B">
              <w:rPr>
                <w:rFonts w:ascii="Times New Roman" w:hAnsi="Times New Roman"/>
                <w:b/>
                <w:color w:val="004682"/>
                <w:sz w:val="20"/>
                <w:szCs w:val="28"/>
              </w:rPr>
              <w:t>Sat / sector</w:t>
            </w:r>
          </w:p>
        </w:tc>
      </w:tr>
      <w:tr w:rsidR="00017265" w:rsidRPr="0079686B" w14:paraId="38C50C3E" w14:textId="77777777">
        <w:trPr>
          <w:jc w:val="center"/>
        </w:trPr>
        <w:tc>
          <w:tcPr>
            <w:tcW w:w="27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35" w:type="dxa"/>
              <w:bottom w:w="15" w:type="dxa"/>
              <w:right w:w="35" w:type="dxa"/>
            </w:tcMar>
          </w:tcPr>
          <w:p w14:paraId="392A3556" w14:textId="77777777" w:rsidR="00017265" w:rsidRPr="0079686B" w:rsidRDefault="00000000">
            <w:pPr>
              <w:spacing w:after="0" w:line="240" w:lineRule="auto"/>
              <w:rPr>
                <w:sz w:val="20"/>
                <w:szCs w:val="28"/>
              </w:rPr>
            </w:pPr>
            <w:r w:rsidRPr="0079686B">
              <w:rPr>
                <w:rFonts w:ascii="Times New Roman" w:hAnsi="Times New Roman"/>
                <w:b/>
                <w:color w:val="004682"/>
                <w:sz w:val="20"/>
                <w:szCs w:val="28"/>
              </w:rPr>
              <w:t xml:space="preserve">Cod </w:t>
            </w:r>
            <w:proofErr w:type="spellStart"/>
            <w:r w:rsidRPr="0079686B">
              <w:rPr>
                <w:rFonts w:ascii="Times New Roman" w:hAnsi="Times New Roman"/>
                <w:b/>
                <w:color w:val="004682"/>
                <w:sz w:val="20"/>
                <w:szCs w:val="28"/>
              </w:rPr>
              <w:t>poștal</w:t>
            </w:r>
            <w:proofErr w:type="spellEnd"/>
          </w:p>
        </w:tc>
        <w:tc>
          <w:tcPr>
            <w:tcW w:w="456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35" w:type="dxa"/>
              <w:bottom w:w="15" w:type="dxa"/>
              <w:right w:w="35" w:type="dxa"/>
            </w:tcMar>
          </w:tcPr>
          <w:p w14:paraId="234CFEE8" w14:textId="77777777" w:rsidR="00017265" w:rsidRPr="0079686B" w:rsidRDefault="00000000">
            <w:pPr>
              <w:spacing w:after="0" w:line="240" w:lineRule="auto"/>
              <w:rPr>
                <w:sz w:val="20"/>
                <w:szCs w:val="28"/>
              </w:rPr>
            </w:pPr>
            <w:r w:rsidRPr="0079686B">
              <w:rPr>
                <w:rFonts w:ascii="Times New Roman" w:hAnsi="Times New Roman"/>
                <w:b/>
                <w:color w:val="004682"/>
                <w:sz w:val="20"/>
                <w:szCs w:val="28"/>
              </w:rPr>
              <w:t>Strada</w:t>
            </w:r>
          </w:p>
        </w:tc>
        <w:tc>
          <w:tcPr>
            <w:tcW w:w="182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35" w:type="dxa"/>
              <w:bottom w:w="15" w:type="dxa"/>
              <w:right w:w="35" w:type="dxa"/>
            </w:tcMar>
          </w:tcPr>
          <w:p w14:paraId="5BDBDBE0" w14:textId="77777777" w:rsidR="00017265" w:rsidRPr="0079686B" w:rsidRDefault="00000000">
            <w:pPr>
              <w:spacing w:after="0" w:line="240" w:lineRule="auto"/>
              <w:rPr>
                <w:sz w:val="20"/>
                <w:szCs w:val="28"/>
              </w:rPr>
            </w:pPr>
            <w:r w:rsidRPr="0079686B">
              <w:rPr>
                <w:rFonts w:ascii="Times New Roman" w:hAnsi="Times New Roman"/>
                <w:b/>
                <w:color w:val="004682"/>
                <w:sz w:val="20"/>
                <w:szCs w:val="28"/>
              </w:rPr>
              <w:t>Nr.</w:t>
            </w:r>
          </w:p>
        </w:tc>
        <w:tc>
          <w:tcPr>
            <w:tcW w:w="182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35" w:type="dxa"/>
              <w:bottom w:w="15" w:type="dxa"/>
              <w:right w:w="35" w:type="dxa"/>
            </w:tcMar>
          </w:tcPr>
          <w:p w14:paraId="1C8F1929" w14:textId="77777777" w:rsidR="00017265" w:rsidRPr="0079686B" w:rsidRDefault="00000000">
            <w:pPr>
              <w:spacing w:after="0" w:line="240" w:lineRule="auto"/>
              <w:rPr>
                <w:sz w:val="20"/>
                <w:szCs w:val="28"/>
              </w:rPr>
            </w:pPr>
            <w:r w:rsidRPr="0079686B">
              <w:rPr>
                <w:rFonts w:ascii="Times New Roman" w:hAnsi="Times New Roman"/>
                <w:b/>
                <w:color w:val="004682"/>
                <w:sz w:val="20"/>
                <w:szCs w:val="28"/>
              </w:rPr>
              <w:t>Bl. / sc. / et. / ap.</w:t>
            </w:r>
          </w:p>
        </w:tc>
      </w:tr>
      <w:tr w:rsidR="00017265" w:rsidRPr="0079686B" w14:paraId="33962A12" w14:textId="77777777">
        <w:trPr>
          <w:jc w:val="center"/>
        </w:trPr>
        <w:tc>
          <w:tcPr>
            <w:tcW w:w="6384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35" w:type="dxa"/>
              <w:bottom w:w="15" w:type="dxa"/>
              <w:right w:w="35" w:type="dxa"/>
            </w:tcMar>
          </w:tcPr>
          <w:p w14:paraId="7A7371E6" w14:textId="77777777" w:rsidR="00017265" w:rsidRPr="0079686B" w:rsidRDefault="00000000">
            <w:pPr>
              <w:spacing w:after="0" w:line="240" w:lineRule="auto"/>
              <w:rPr>
                <w:sz w:val="20"/>
                <w:szCs w:val="28"/>
              </w:rPr>
            </w:pPr>
            <w:proofErr w:type="spellStart"/>
            <w:r w:rsidRPr="0079686B">
              <w:rPr>
                <w:rFonts w:ascii="Times New Roman" w:hAnsi="Times New Roman"/>
                <w:b/>
                <w:color w:val="004682"/>
                <w:sz w:val="20"/>
                <w:szCs w:val="28"/>
              </w:rPr>
              <w:t>Număr</w:t>
            </w:r>
            <w:proofErr w:type="spellEnd"/>
            <w:r w:rsidRPr="0079686B">
              <w:rPr>
                <w:rFonts w:ascii="Times New Roman" w:hAnsi="Times New Roman"/>
                <w:b/>
                <w:color w:val="004682"/>
                <w:sz w:val="20"/>
                <w:szCs w:val="28"/>
              </w:rPr>
              <w:t xml:space="preserve"> cadastral</w:t>
            </w:r>
            <w:r w:rsidRPr="0079686B">
              <w:rPr>
                <w:rFonts w:ascii="Times New Roman" w:hAnsi="Times New Roman"/>
                <w:b/>
                <w:color w:val="004682"/>
                <w:sz w:val="20"/>
                <w:szCs w:val="28"/>
              </w:rPr>
              <w:br/>
            </w:r>
            <w:proofErr w:type="spellStart"/>
            <w:r w:rsidRPr="0079686B">
              <w:rPr>
                <w:rFonts w:ascii="Times New Roman" w:hAnsi="Times New Roman"/>
                <w:i/>
                <w:color w:val="787878"/>
                <w:sz w:val="20"/>
                <w:szCs w:val="28"/>
              </w:rPr>
              <w:t>dacă</w:t>
            </w:r>
            <w:proofErr w:type="spellEnd"/>
            <w:r w:rsidRPr="0079686B">
              <w:rPr>
                <w:rFonts w:ascii="Times New Roman" w:hAnsi="Times New Roman"/>
                <w:i/>
                <w:color w:val="787878"/>
                <w:sz w:val="20"/>
                <w:szCs w:val="28"/>
              </w:rPr>
              <w:t xml:space="preserve"> </w:t>
            </w:r>
            <w:proofErr w:type="spellStart"/>
            <w:r w:rsidRPr="0079686B">
              <w:rPr>
                <w:rFonts w:ascii="Times New Roman" w:hAnsi="Times New Roman"/>
                <w:i/>
                <w:color w:val="787878"/>
                <w:sz w:val="20"/>
                <w:szCs w:val="28"/>
              </w:rPr>
              <w:t>imobilul</w:t>
            </w:r>
            <w:proofErr w:type="spellEnd"/>
            <w:r w:rsidRPr="0079686B">
              <w:rPr>
                <w:rFonts w:ascii="Times New Roman" w:hAnsi="Times New Roman"/>
                <w:i/>
                <w:color w:val="787878"/>
                <w:sz w:val="20"/>
                <w:szCs w:val="28"/>
              </w:rPr>
              <w:t xml:space="preserve"> e </w:t>
            </w:r>
            <w:proofErr w:type="spellStart"/>
            <w:r w:rsidRPr="0079686B">
              <w:rPr>
                <w:rFonts w:ascii="Times New Roman" w:hAnsi="Times New Roman"/>
                <w:i/>
                <w:color w:val="787878"/>
                <w:sz w:val="20"/>
                <w:szCs w:val="28"/>
              </w:rPr>
              <w:t>înscris</w:t>
            </w:r>
            <w:proofErr w:type="spellEnd"/>
            <w:r w:rsidRPr="0079686B">
              <w:rPr>
                <w:rFonts w:ascii="Times New Roman" w:hAnsi="Times New Roman"/>
                <w:i/>
                <w:color w:val="787878"/>
                <w:sz w:val="20"/>
                <w:szCs w:val="28"/>
              </w:rPr>
              <w:t xml:space="preserve"> </w:t>
            </w:r>
            <w:proofErr w:type="spellStart"/>
            <w:r w:rsidRPr="0079686B">
              <w:rPr>
                <w:rFonts w:ascii="Times New Roman" w:hAnsi="Times New Roman"/>
                <w:i/>
                <w:color w:val="787878"/>
                <w:sz w:val="20"/>
                <w:szCs w:val="28"/>
              </w:rPr>
              <w:t>în</w:t>
            </w:r>
            <w:proofErr w:type="spellEnd"/>
            <w:r w:rsidRPr="0079686B">
              <w:rPr>
                <w:rFonts w:ascii="Times New Roman" w:hAnsi="Times New Roman"/>
                <w:i/>
                <w:color w:val="787878"/>
                <w:sz w:val="20"/>
                <w:szCs w:val="28"/>
              </w:rPr>
              <w:t xml:space="preserve"> e-Terra</w:t>
            </w:r>
          </w:p>
        </w:tc>
        <w:tc>
          <w:tcPr>
            <w:tcW w:w="456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35" w:type="dxa"/>
              <w:bottom w:w="15" w:type="dxa"/>
              <w:right w:w="35" w:type="dxa"/>
            </w:tcMar>
          </w:tcPr>
          <w:p w14:paraId="39E57A6B" w14:textId="77777777" w:rsidR="00017265" w:rsidRPr="0079686B" w:rsidRDefault="00000000">
            <w:pPr>
              <w:spacing w:after="0" w:line="240" w:lineRule="auto"/>
              <w:rPr>
                <w:sz w:val="20"/>
                <w:szCs w:val="28"/>
              </w:rPr>
            </w:pPr>
            <w:r w:rsidRPr="0079686B">
              <w:rPr>
                <w:rFonts w:ascii="Times New Roman" w:hAnsi="Times New Roman"/>
                <w:b/>
                <w:color w:val="004682"/>
                <w:sz w:val="20"/>
                <w:szCs w:val="28"/>
              </w:rPr>
              <w:t xml:space="preserve">Carte </w:t>
            </w:r>
            <w:proofErr w:type="spellStart"/>
            <w:r w:rsidRPr="0079686B">
              <w:rPr>
                <w:rFonts w:ascii="Times New Roman" w:hAnsi="Times New Roman"/>
                <w:b/>
                <w:color w:val="004682"/>
                <w:sz w:val="20"/>
                <w:szCs w:val="28"/>
              </w:rPr>
              <w:t>funciară</w:t>
            </w:r>
            <w:proofErr w:type="spellEnd"/>
            <w:r w:rsidRPr="0079686B">
              <w:rPr>
                <w:rFonts w:ascii="Times New Roman" w:hAnsi="Times New Roman"/>
                <w:b/>
                <w:color w:val="004682"/>
                <w:sz w:val="20"/>
                <w:szCs w:val="28"/>
              </w:rPr>
              <w:t xml:space="preserve"> nr.</w:t>
            </w:r>
          </w:p>
        </w:tc>
      </w:tr>
    </w:tbl>
    <w:p w14:paraId="22D8CE28" w14:textId="77777777" w:rsidR="00017265" w:rsidRPr="00A35EB4" w:rsidRDefault="00017265">
      <w:pPr>
        <w:spacing w:before="40" w:after="0"/>
        <w:rPr>
          <w:sz w:val="24"/>
          <w:szCs w:val="24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944"/>
      </w:tblGrid>
      <w:tr w:rsidR="00017265" w:rsidRPr="0079686B" w14:paraId="56F7F65C" w14:textId="77777777">
        <w:trPr>
          <w:jc w:val="center"/>
        </w:trPr>
        <w:tc>
          <w:tcPr>
            <w:tcW w:w="1094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BEBEB"/>
            <w:tcMar>
              <w:top w:w="15" w:type="dxa"/>
              <w:left w:w="40" w:type="dxa"/>
              <w:bottom w:w="15" w:type="dxa"/>
              <w:right w:w="40" w:type="dxa"/>
            </w:tcMar>
          </w:tcPr>
          <w:p w14:paraId="7269914C" w14:textId="77777777" w:rsidR="00017265" w:rsidRPr="0079686B" w:rsidRDefault="00000000">
            <w:pPr>
              <w:spacing w:before="10" w:after="10" w:line="240" w:lineRule="auto"/>
              <w:rPr>
                <w:sz w:val="20"/>
                <w:szCs w:val="28"/>
              </w:rPr>
            </w:pPr>
            <w:r w:rsidRPr="0079686B">
              <w:rPr>
                <w:rFonts w:ascii="Times New Roman" w:hAnsi="Times New Roman"/>
                <w:b/>
                <w:sz w:val="20"/>
                <w:szCs w:val="28"/>
              </w:rPr>
              <w:t>5. ANEXEZ PREZENTEI</w:t>
            </w:r>
          </w:p>
        </w:tc>
      </w:tr>
      <w:tr w:rsidR="00017265" w:rsidRPr="0079686B" w14:paraId="4F210C86" w14:textId="77777777">
        <w:trPr>
          <w:jc w:val="center"/>
        </w:trPr>
        <w:tc>
          <w:tcPr>
            <w:tcW w:w="1094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40" w:type="dxa"/>
              <w:bottom w:w="15" w:type="dxa"/>
              <w:right w:w="40" w:type="dxa"/>
            </w:tcMar>
          </w:tcPr>
          <w:p w14:paraId="01B31B0A" w14:textId="77777777" w:rsidR="00017265" w:rsidRPr="0079686B" w:rsidRDefault="00000000">
            <w:pPr>
              <w:spacing w:after="10" w:line="240" w:lineRule="auto"/>
              <w:rPr>
                <w:sz w:val="20"/>
                <w:szCs w:val="28"/>
              </w:rPr>
            </w:pPr>
            <w:r w:rsidRPr="0079686B">
              <w:rPr>
                <w:rFonts w:ascii="Times New Roman" w:hAnsi="Times New Roman"/>
                <w:sz w:val="20"/>
                <w:szCs w:val="28"/>
              </w:rPr>
              <w:t xml:space="preserve">☐ </w:t>
            </w:r>
            <w:proofErr w:type="spellStart"/>
            <w:r w:rsidRPr="0079686B">
              <w:rPr>
                <w:rFonts w:ascii="Times New Roman" w:hAnsi="Times New Roman"/>
                <w:sz w:val="20"/>
                <w:szCs w:val="28"/>
              </w:rPr>
              <w:t>copie</w:t>
            </w:r>
            <w:proofErr w:type="spellEnd"/>
            <w:r w:rsidRPr="0079686B">
              <w:rPr>
                <w:rFonts w:ascii="Times New Roman" w:hAnsi="Times New Roman"/>
                <w:sz w:val="20"/>
                <w:szCs w:val="28"/>
              </w:rPr>
              <w:t xml:space="preserve"> </w:t>
            </w:r>
            <w:proofErr w:type="spellStart"/>
            <w:r w:rsidRPr="0079686B">
              <w:rPr>
                <w:rFonts w:ascii="Times New Roman" w:hAnsi="Times New Roman"/>
                <w:sz w:val="20"/>
                <w:szCs w:val="28"/>
              </w:rPr>
              <w:t>după</w:t>
            </w:r>
            <w:proofErr w:type="spellEnd"/>
            <w:r w:rsidRPr="0079686B">
              <w:rPr>
                <w:rFonts w:ascii="Times New Roman" w:hAnsi="Times New Roman"/>
                <w:sz w:val="20"/>
                <w:szCs w:val="28"/>
              </w:rPr>
              <w:t xml:space="preserve"> </w:t>
            </w:r>
            <w:proofErr w:type="spellStart"/>
            <w:r w:rsidRPr="0079686B">
              <w:rPr>
                <w:rFonts w:ascii="Times New Roman" w:hAnsi="Times New Roman"/>
                <w:sz w:val="20"/>
                <w:szCs w:val="28"/>
              </w:rPr>
              <w:t>Certificatul</w:t>
            </w:r>
            <w:proofErr w:type="spellEnd"/>
            <w:r w:rsidRPr="0079686B">
              <w:rPr>
                <w:rFonts w:ascii="Times New Roman" w:hAnsi="Times New Roman"/>
                <w:sz w:val="20"/>
                <w:szCs w:val="28"/>
              </w:rPr>
              <w:t xml:space="preserve"> de urbanism, </w:t>
            </w:r>
            <w:proofErr w:type="spellStart"/>
            <w:r w:rsidRPr="0079686B">
              <w:rPr>
                <w:rFonts w:ascii="Times New Roman" w:hAnsi="Times New Roman"/>
                <w:sz w:val="20"/>
                <w:szCs w:val="28"/>
              </w:rPr>
              <w:t>împreună</w:t>
            </w:r>
            <w:proofErr w:type="spellEnd"/>
            <w:r w:rsidRPr="0079686B">
              <w:rPr>
                <w:rFonts w:ascii="Times New Roman" w:hAnsi="Times New Roman"/>
                <w:sz w:val="20"/>
                <w:szCs w:val="28"/>
              </w:rPr>
              <w:t xml:space="preserve"> cu </w:t>
            </w:r>
            <w:proofErr w:type="spellStart"/>
            <w:r w:rsidRPr="0079686B">
              <w:rPr>
                <w:rFonts w:ascii="Times New Roman" w:hAnsi="Times New Roman"/>
                <w:sz w:val="20"/>
                <w:szCs w:val="28"/>
              </w:rPr>
              <w:t>planurile-anexă</w:t>
            </w:r>
            <w:proofErr w:type="spellEnd"/>
          </w:p>
        </w:tc>
      </w:tr>
    </w:tbl>
    <w:p w14:paraId="41EA4BDF" w14:textId="77777777" w:rsidR="00017265" w:rsidRPr="00A35EB4" w:rsidRDefault="00017265">
      <w:pPr>
        <w:spacing w:before="40" w:after="0"/>
        <w:rPr>
          <w:sz w:val="24"/>
          <w:szCs w:val="24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648"/>
        <w:gridCol w:w="3648"/>
        <w:gridCol w:w="3648"/>
      </w:tblGrid>
      <w:tr w:rsidR="00017265" w:rsidRPr="0079686B" w14:paraId="066E2AA2" w14:textId="77777777">
        <w:trPr>
          <w:jc w:val="center"/>
        </w:trPr>
        <w:tc>
          <w:tcPr>
            <w:tcW w:w="10944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BEBEB"/>
            <w:tcMar>
              <w:top w:w="15" w:type="dxa"/>
              <w:left w:w="35" w:type="dxa"/>
              <w:bottom w:w="25" w:type="dxa"/>
              <w:right w:w="35" w:type="dxa"/>
            </w:tcMar>
          </w:tcPr>
          <w:p w14:paraId="546D76AA" w14:textId="77777777" w:rsidR="00017265" w:rsidRPr="0079686B" w:rsidRDefault="00000000">
            <w:pPr>
              <w:spacing w:before="10" w:after="10" w:line="240" w:lineRule="auto"/>
              <w:rPr>
                <w:sz w:val="20"/>
                <w:szCs w:val="28"/>
              </w:rPr>
            </w:pPr>
            <w:r w:rsidRPr="0079686B">
              <w:rPr>
                <w:rFonts w:ascii="Times New Roman" w:hAnsi="Times New Roman"/>
                <w:b/>
                <w:sz w:val="20"/>
                <w:szCs w:val="28"/>
              </w:rPr>
              <w:t>6. DATA ȘI SEMNĂTURA</w:t>
            </w:r>
          </w:p>
        </w:tc>
      </w:tr>
      <w:tr w:rsidR="00017265" w:rsidRPr="0079686B" w14:paraId="2B89FB2C" w14:textId="77777777">
        <w:trPr>
          <w:jc w:val="center"/>
        </w:trPr>
        <w:tc>
          <w:tcPr>
            <w:tcW w:w="10944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35" w:type="dxa"/>
              <w:bottom w:w="25" w:type="dxa"/>
              <w:right w:w="35" w:type="dxa"/>
            </w:tcMar>
          </w:tcPr>
          <w:p w14:paraId="4B663848" w14:textId="77777777" w:rsidR="00017265" w:rsidRPr="0079686B" w:rsidRDefault="00000000">
            <w:pPr>
              <w:spacing w:after="10" w:line="240" w:lineRule="auto"/>
              <w:rPr>
                <w:sz w:val="20"/>
                <w:szCs w:val="28"/>
              </w:rPr>
            </w:pPr>
            <w:proofErr w:type="spellStart"/>
            <w:r w:rsidRPr="0079686B">
              <w:rPr>
                <w:rFonts w:ascii="Times New Roman" w:hAnsi="Times New Roman"/>
                <w:i/>
                <w:sz w:val="20"/>
                <w:szCs w:val="28"/>
              </w:rPr>
              <w:t>Declar</w:t>
            </w:r>
            <w:proofErr w:type="spellEnd"/>
            <w:r w:rsidRPr="0079686B">
              <w:rPr>
                <w:rFonts w:ascii="Times New Roman" w:hAnsi="Times New Roman"/>
                <w:i/>
                <w:sz w:val="20"/>
                <w:szCs w:val="28"/>
              </w:rPr>
              <w:t xml:space="preserve"> pe propria </w:t>
            </w:r>
            <w:proofErr w:type="spellStart"/>
            <w:r w:rsidRPr="0079686B">
              <w:rPr>
                <w:rFonts w:ascii="Times New Roman" w:hAnsi="Times New Roman"/>
                <w:i/>
                <w:sz w:val="20"/>
                <w:szCs w:val="28"/>
              </w:rPr>
              <w:t>răspundere</w:t>
            </w:r>
            <w:proofErr w:type="spellEnd"/>
            <w:r w:rsidRPr="0079686B">
              <w:rPr>
                <w:rFonts w:ascii="Times New Roman" w:hAnsi="Times New Roman"/>
                <w:i/>
                <w:sz w:val="20"/>
                <w:szCs w:val="28"/>
              </w:rPr>
              <w:t xml:space="preserve">, </w:t>
            </w:r>
            <w:proofErr w:type="spellStart"/>
            <w:r w:rsidRPr="0079686B">
              <w:rPr>
                <w:rFonts w:ascii="Times New Roman" w:hAnsi="Times New Roman"/>
                <w:i/>
                <w:sz w:val="20"/>
                <w:szCs w:val="28"/>
              </w:rPr>
              <w:t>cunoscând</w:t>
            </w:r>
            <w:proofErr w:type="spellEnd"/>
            <w:r w:rsidRPr="0079686B">
              <w:rPr>
                <w:rFonts w:ascii="Times New Roman" w:hAnsi="Times New Roman"/>
                <w:i/>
                <w:sz w:val="20"/>
                <w:szCs w:val="28"/>
              </w:rPr>
              <w:t xml:space="preserve"> </w:t>
            </w:r>
            <w:proofErr w:type="spellStart"/>
            <w:r w:rsidRPr="0079686B">
              <w:rPr>
                <w:rFonts w:ascii="Times New Roman" w:hAnsi="Times New Roman"/>
                <w:i/>
                <w:sz w:val="20"/>
                <w:szCs w:val="28"/>
              </w:rPr>
              <w:t>prevederile</w:t>
            </w:r>
            <w:proofErr w:type="spellEnd"/>
            <w:r w:rsidRPr="0079686B">
              <w:rPr>
                <w:rFonts w:ascii="Times New Roman" w:hAnsi="Times New Roman"/>
                <w:i/>
                <w:sz w:val="20"/>
                <w:szCs w:val="28"/>
              </w:rPr>
              <w:t xml:space="preserve"> </w:t>
            </w:r>
            <w:proofErr w:type="spellStart"/>
            <w:r w:rsidRPr="0079686B">
              <w:rPr>
                <w:rFonts w:ascii="Times New Roman" w:hAnsi="Times New Roman"/>
                <w:i/>
                <w:sz w:val="20"/>
                <w:szCs w:val="28"/>
              </w:rPr>
              <w:t>legii</w:t>
            </w:r>
            <w:proofErr w:type="spellEnd"/>
            <w:r w:rsidRPr="0079686B">
              <w:rPr>
                <w:rFonts w:ascii="Times New Roman" w:hAnsi="Times New Roman"/>
                <w:i/>
                <w:sz w:val="20"/>
                <w:szCs w:val="28"/>
              </w:rPr>
              <w:t xml:space="preserve"> </w:t>
            </w:r>
            <w:proofErr w:type="spellStart"/>
            <w:r w:rsidRPr="0079686B">
              <w:rPr>
                <w:rFonts w:ascii="Times New Roman" w:hAnsi="Times New Roman"/>
                <w:i/>
                <w:sz w:val="20"/>
                <w:szCs w:val="28"/>
              </w:rPr>
              <w:t>penale</w:t>
            </w:r>
            <w:proofErr w:type="spellEnd"/>
            <w:r w:rsidRPr="0079686B">
              <w:rPr>
                <w:rFonts w:ascii="Times New Roman" w:hAnsi="Times New Roman"/>
                <w:i/>
                <w:sz w:val="20"/>
                <w:szCs w:val="28"/>
              </w:rPr>
              <w:t xml:space="preserve"> </w:t>
            </w:r>
            <w:proofErr w:type="spellStart"/>
            <w:r w:rsidRPr="0079686B">
              <w:rPr>
                <w:rFonts w:ascii="Times New Roman" w:hAnsi="Times New Roman"/>
                <w:i/>
                <w:sz w:val="20"/>
                <w:szCs w:val="28"/>
              </w:rPr>
              <w:t>privind</w:t>
            </w:r>
            <w:proofErr w:type="spellEnd"/>
            <w:r w:rsidRPr="0079686B">
              <w:rPr>
                <w:rFonts w:ascii="Times New Roman" w:hAnsi="Times New Roman"/>
                <w:i/>
                <w:sz w:val="20"/>
                <w:szCs w:val="28"/>
              </w:rPr>
              <w:t xml:space="preserve"> </w:t>
            </w:r>
            <w:proofErr w:type="spellStart"/>
            <w:r w:rsidRPr="0079686B">
              <w:rPr>
                <w:rFonts w:ascii="Times New Roman" w:hAnsi="Times New Roman"/>
                <w:i/>
                <w:sz w:val="20"/>
                <w:szCs w:val="28"/>
              </w:rPr>
              <w:t>falsul</w:t>
            </w:r>
            <w:proofErr w:type="spellEnd"/>
            <w:r w:rsidRPr="0079686B">
              <w:rPr>
                <w:rFonts w:ascii="Times New Roman" w:hAnsi="Times New Roman"/>
                <w:i/>
                <w:sz w:val="20"/>
                <w:szCs w:val="28"/>
              </w:rPr>
              <w:t xml:space="preserve"> </w:t>
            </w:r>
            <w:proofErr w:type="spellStart"/>
            <w:r w:rsidRPr="0079686B">
              <w:rPr>
                <w:rFonts w:ascii="Times New Roman" w:hAnsi="Times New Roman"/>
                <w:i/>
                <w:sz w:val="20"/>
                <w:szCs w:val="28"/>
              </w:rPr>
              <w:t>în</w:t>
            </w:r>
            <w:proofErr w:type="spellEnd"/>
            <w:r w:rsidRPr="0079686B">
              <w:rPr>
                <w:rFonts w:ascii="Times New Roman" w:hAnsi="Times New Roman"/>
                <w:i/>
                <w:sz w:val="20"/>
                <w:szCs w:val="28"/>
              </w:rPr>
              <w:t xml:space="preserve"> </w:t>
            </w:r>
            <w:proofErr w:type="spellStart"/>
            <w:r w:rsidRPr="0079686B">
              <w:rPr>
                <w:rFonts w:ascii="Times New Roman" w:hAnsi="Times New Roman"/>
                <w:i/>
                <w:sz w:val="20"/>
                <w:szCs w:val="28"/>
              </w:rPr>
              <w:t>declarații</w:t>
            </w:r>
            <w:proofErr w:type="spellEnd"/>
            <w:r w:rsidRPr="0079686B">
              <w:rPr>
                <w:rFonts w:ascii="Times New Roman" w:hAnsi="Times New Roman"/>
                <w:i/>
                <w:sz w:val="20"/>
                <w:szCs w:val="28"/>
              </w:rPr>
              <w:t xml:space="preserve">, </w:t>
            </w:r>
            <w:proofErr w:type="spellStart"/>
            <w:r w:rsidRPr="0079686B">
              <w:rPr>
                <w:rFonts w:ascii="Times New Roman" w:hAnsi="Times New Roman"/>
                <w:i/>
                <w:sz w:val="20"/>
                <w:szCs w:val="28"/>
              </w:rPr>
              <w:t>că</w:t>
            </w:r>
            <w:proofErr w:type="spellEnd"/>
            <w:r w:rsidRPr="0079686B">
              <w:rPr>
                <w:rFonts w:ascii="Times New Roman" w:hAnsi="Times New Roman"/>
                <w:i/>
                <w:sz w:val="20"/>
                <w:szCs w:val="28"/>
              </w:rPr>
              <w:t xml:space="preserve"> </w:t>
            </w:r>
            <w:proofErr w:type="spellStart"/>
            <w:r w:rsidRPr="0079686B">
              <w:rPr>
                <w:rFonts w:ascii="Times New Roman" w:hAnsi="Times New Roman"/>
                <w:i/>
                <w:sz w:val="20"/>
                <w:szCs w:val="28"/>
              </w:rPr>
              <w:t>datele</w:t>
            </w:r>
            <w:proofErr w:type="spellEnd"/>
            <w:r w:rsidRPr="0079686B">
              <w:rPr>
                <w:rFonts w:ascii="Times New Roman" w:hAnsi="Times New Roman"/>
                <w:i/>
                <w:sz w:val="20"/>
                <w:szCs w:val="28"/>
              </w:rPr>
              <w:t xml:space="preserve"> </w:t>
            </w:r>
            <w:proofErr w:type="spellStart"/>
            <w:r w:rsidRPr="0079686B">
              <w:rPr>
                <w:rFonts w:ascii="Times New Roman" w:hAnsi="Times New Roman"/>
                <w:i/>
                <w:sz w:val="20"/>
                <w:szCs w:val="28"/>
              </w:rPr>
              <w:t>înscrise</w:t>
            </w:r>
            <w:proofErr w:type="spellEnd"/>
            <w:r w:rsidRPr="0079686B">
              <w:rPr>
                <w:rFonts w:ascii="Times New Roman" w:hAnsi="Times New Roman"/>
                <w:i/>
                <w:sz w:val="20"/>
                <w:szCs w:val="28"/>
              </w:rPr>
              <w:t xml:space="preserve"> sunt </w:t>
            </w:r>
            <w:proofErr w:type="spellStart"/>
            <w:r w:rsidRPr="0079686B">
              <w:rPr>
                <w:rFonts w:ascii="Times New Roman" w:hAnsi="Times New Roman"/>
                <w:i/>
                <w:sz w:val="20"/>
                <w:szCs w:val="28"/>
              </w:rPr>
              <w:t>reale</w:t>
            </w:r>
            <w:proofErr w:type="spellEnd"/>
            <w:r w:rsidRPr="0079686B">
              <w:rPr>
                <w:rFonts w:ascii="Times New Roman" w:hAnsi="Times New Roman"/>
                <w:i/>
                <w:sz w:val="20"/>
                <w:szCs w:val="28"/>
              </w:rPr>
              <w:t xml:space="preserve"> </w:t>
            </w:r>
            <w:proofErr w:type="spellStart"/>
            <w:r w:rsidRPr="0079686B">
              <w:rPr>
                <w:rFonts w:ascii="Times New Roman" w:hAnsi="Times New Roman"/>
                <w:i/>
                <w:sz w:val="20"/>
                <w:szCs w:val="28"/>
              </w:rPr>
              <w:t>și</w:t>
            </w:r>
            <w:proofErr w:type="spellEnd"/>
            <w:r w:rsidRPr="0079686B">
              <w:rPr>
                <w:rFonts w:ascii="Times New Roman" w:hAnsi="Times New Roman"/>
                <w:i/>
                <w:sz w:val="20"/>
                <w:szCs w:val="28"/>
              </w:rPr>
              <w:t xml:space="preserve"> </w:t>
            </w:r>
            <w:proofErr w:type="spellStart"/>
            <w:r w:rsidRPr="0079686B">
              <w:rPr>
                <w:rFonts w:ascii="Times New Roman" w:hAnsi="Times New Roman"/>
                <w:i/>
                <w:sz w:val="20"/>
                <w:szCs w:val="28"/>
              </w:rPr>
              <w:t>exacte</w:t>
            </w:r>
            <w:proofErr w:type="spellEnd"/>
            <w:r w:rsidRPr="0079686B">
              <w:rPr>
                <w:rFonts w:ascii="Times New Roman" w:hAnsi="Times New Roman"/>
                <w:i/>
                <w:sz w:val="20"/>
                <w:szCs w:val="28"/>
              </w:rPr>
              <w:t>.</w:t>
            </w:r>
          </w:p>
        </w:tc>
      </w:tr>
      <w:tr w:rsidR="00017265" w:rsidRPr="0079686B" w14:paraId="4ED561D2" w14:textId="77777777" w:rsidTr="005C3B2C">
        <w:trPr>
          <w:trHeight w:val="1196"/>
          <w:jc w:val="center"/>
        </w:trPr>
        <w:tc>
          <w:tcPr>
            <w:tcW w:w="364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35" w:type="dxa"/>
              <w:bottom w:w="25" w:type="dxa"/>
              <w:right w:w="35" w:type="dxa"/>
            </w:tcMar>
          </w:tcPr>
          <w:p w14:paraId="677598BB" w14:textId="77777777" w:rsidR="00017265" w:rsidRPr="0079686B" w:rsidRDefault="00000000">
            <w:pPr>
              <w:spacing w:after="0" w:line="240" w:lineRule="auto"/>
              <w:rPr>
                <w:sz w:val="20"/>
                <w:szCs w:val="28"/>
              </w:rPr>
            </w:pPr>
            <w:r w:rsidRPr="0079686B">
              <w:rPr>
                <w:rFonts w:ascii="Times New Roman" w:hAnsi="Times New Roman"/>
                <w:b/>
                <w:color w:val="004682"/>
                <w:sz w:val="20"/>
                <w:szCs w:val="28"/>
              </w:rPr>
              <w:t>Data</w:t>
            </w:r>
          </w:p>
        </w:tc>
        <w:tc>
          <w:tcPr>
            <w:tcW w:w="364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35" w:type="dxa"/>
              <w:bottom w:w="25" w:type="dxa"/>
              <w:right w:w="35" w:type="dxa"/>
            </w:tcMar>
          </w:tcPr>
          <w:p w14:paraId="25711E4B" w14:textId="77777777" w:rsidR="00017265" w:rsidRPr="0079686B" w:rsidRDefault="00000000">
            <w:pPr>
              <w:spacing w:after="0" w:line="240" w:lineRule="auto"/>
              <w:rPr>
                <w:sz w:val="20"/>
                <w:szCs w:val="28"/>
              </w:rPr>
            </w:pPr>
            <w:proofErr w:type="spellStart"/>
            <w:r w:rsidRPr="0079686B">
              <w:rPr>
                <w:rFonts w:ascii="Times New Roman" w:hAnsi="Times New Roman"/>
                <w:b/>
                <w:color w:val="004682"/>
                <w:sz w:val="20"/>
                <w:szCs w:val="28"/>
              </w:rPr>
              <w:t>Arhitectul-șef</w:t>
            </w:r>
            <w:proofErr w:type="spellEnd"/>
          </w:p>
        </w:tc>
        <w:tc>
          <w:tcPr>
            <w:tcW w:w="364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35" w:type="dxa"/>
              <w:bottom w:w="25" w:type="dxa"/>
              <w:right w:w="35" w:type="dxa"/>
            </w:tcMar>
          </w:tcPr>
          <w:p w14:paraId="7FA3ED59" w14:textId="77777777" w:rsidR="00017265" w:rsidRPr="0079686B" w:rsidRDefault="00000000">
            <w:pPr>
              <w:spacing w:after="0" w:line="240" w:lineRule="auto"/>
              <w:rPr>
                <w:sz w:val="20"/>
                <w:szCs w:val="28"/>
              </w:rPr>
            </w:pPr>
            <w:proofErr w:type="spellStart"/>
            <w:r w:rsidRPr="0079686B">
              <w:rPr>
                <w:rFonts w:ascii="Times New Roman" w:hAnsi="Times New Roman"/>
                <w:b/>
                <w:color w:val="004682"/>
                <w:sz w:val="20"/>
                <w:szCs w:val="28"/>
              </w:rPr>
              <w:t>Semnătura</w:t>
            </w:r>
            <w:proofErr w:type="spellEnd"/>
          </w:p>
        </w:tc>
      </w:tr>
    </w:tbl>
    <w:p w14:paraId="6B16A41B" w14:textId="77777777" w:rsidR="00D57A25" w:rsidRDefault="00D57A25">
      <w:pPr>
        <w:rPr>
          <w:sz w:val="24"/>
          <w:szCs w:val="24"/>
        </w:rPr>
      </w:pPr>
    </w:p>
    <w:p w14:paraId="33D3C785" w14:textId="5E99F9FA" w:rsidR="0079686B" w:rsidRPr="0079686B" w:rsidRDefault="0079686B" w:rsidP="0079686B">
      <w:pPr>
        <w:tabs>
          <w:tab w:val="left" w:pos="3155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sectPr w:rsidR="0079686B" w:rsidRPr="0079686B" w:rsidSect="00F02159">
      <w:headerReference w:type="default" r:id="rId8"/>
      <w:footerReference w:type="default" r:id="rId9"/>
      <w:pgSz w:w="11906" w:h="16838" w:code="9"/>
      <w:pgMar w:top="576" w:right="648" w:bottom="576" w:left="64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FD8E86" w14:textId="77777777" w:rsidR="00153937" w:rsidRDefault="00153937">
      <w:pPr>
        <w:spacing w:after="0" w:line="240" w:lineRule="auto"/>
      </w:pPr>
      <w:r>
        <w:separator/>
      </w:r>
    </w:p>
  </w:endnote>
  <w:endnote w:type="continuationSeparator" w:id="0">
    <w:p w14:paraId="71B1DB5B" w14:textId="77777777" w:rsidR="00153937" w:rsidRDefault="001539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09A153" w14:textId="77777777" w:rsidR="00E236FA" w:rsidRDefault="00E236FA" w:rsidP="00E236FA">
    <w:pPr>
      <w:spacing w:after="0" w:line="240" w:lineRule="auto"/>
      <w:jc w:val="both"/>
      <w:rPr>
        <w:rFonts w:ascii="Times New Roman" w:hAnsi="Times New Roman" w:cs="Times New Roman"/>
        <w:b/>
        <w:bCs/>
        <w:sz w:val="14"/>
        <w:szCs w:val="14"/>
        <w:u w:val="single"/>
      </w:rPr>
    </w:pPr>
    <w:r>
      <w:rPr>
        <w:rFonts w:ascii="Times New Roman" w:hAnsi="Times New Roman" w:cs="Times New Roman"/>
        <w:b/>
        <w:bCs/>
        <w:sz w:val="14"/>
        <w:szCs w:val="14"/>
        <w:u w:val="single"/>
      </w:rPr>
      <w:t xml:space="preserve">NOTĂ DE INFORMARE PRIVIND PRELUCRAREA DATELOR CU CARACTER PERSONAL </w:t>
    </w:r>
  </w:p>
  <w:p w14:paraId="40FB54A4" w14:textId="261AD9AE" w:rsidR="00E236FA" w:rsidRPr="00E236FA" w:rsidRDefault="00E236FA" w:rsidP="00E236FA">
    <w:pPr>
      <w:spacing w:after="0" w:line="240" w:lineRule="auto"/>
      <w:jc w:val="both"/>
      <w:rPr>
        <w:rFonts w:ascii="Times New Roman" w:hAnsi="Times New Roman" w:cs="Times New Roman"/>
        <w:sz w:val="14"/>
        <w:szCs w:val="14"/>
      </w:rPr>
    </w:pPr>
    <w:proofErr w:type="spellStart"/>
    <w:r>
      <w:rPr>
        <w:rFonts w:ascii="Times New Roman" w:hAnsi="Times New Roman" w:cs="Times New Roman"/>
        <w:sz w:val="14"/>
        <w:szCs w:val="14"/>
      </w:rPr>
      <w:t>Primăria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Municipiului</w:t>
    </w:r>
    <w:proofErr w:type="spellEnd"/>
    <w:r>
      <w:rPr>
        <w:rFonts w:ascii="Times New Roman" w:hAnsi="Times New Roman" w:cs="Times New Roman"/>
        <w:sz w:val="14"/>
        <w:szCs w:val="14"/>
      </w:rPr>
      <w:t xml:space="preserve"> Arad </w:t>
    </w:r>
    <w:proofErr w:type="spellStart"/>
    <w:r>
      <w:rPr>
        <w:rFonts w:ascii="Times New Roman" w:hAnsi="Times New Roman" w:cs="Times New Roman"/>
        <w:sz w:val="14"/>
        <w:szCs w:val="14"/>
      </w:rPr>
      <w:t>vă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informează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că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prelucrează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prin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mijloace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manuale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și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automatizate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datele</w:t>
    </w:r>
    <w:proofErr w:type="spellEnd"/>
    <w:r>
      <w:rPr>
        <w:rFonts w:ascii="Times New Roman" w:hAnsi="Times New Roman" w:cs="Times New Roman"/>
        <w:sz w:val="14"/>
        <w:szCs w:val="14"/>
      </w:rPr>
      <w:t xml:space="preserve"> cu </w:t>
    </w:r>
    <w:proofErr w:type="spellStart"/>
    <w:r>
      <w:rPr>
        <w:rFonts w:ascii="Times New Roman" w:hAnsi="Times New Roman" w:cs="Times New Roman"/>
        <w:sz w:val="14"/>
        <w:szCs w:val="14"/>
      </w:rPr>
      <w:t>caracter</w:t>
    </w:r>
    <w:proofErr w:type="spellEnd"/>
    <w:r>
      <w:rPr>
        <w:rFonts w:ascii="Times New Roman" w:hAnsi="Times New Roman" w:cs="Times New Roman"/>
        <w:sz w:val="14"/>
        <w:szCs w:val="14"/>
      </w:rPr>
      <w:t xml:space="preserve"> personal </w:t>
    </w:r>
    <w:proofErr w:type="spellStart"/>
    <w:r>
      <w:rPr>
        <w:rFonts w:ascii="Times New Roman" w:hAnsi="Times New Roman" w:cs="Times New Roman"/>
        <w:sz w:val="14"/>
        <w:szCs w:val="14"/>
      </w:rPr>
      <w:t>furnizate</w:t>
    </w:r>
    <w:proofErr w:type="spellEnd"/>
    <w:r>
      <w:rPr>
        <w:rFonts w:ascii="Times New Roman" w:hAnsi="Times New Roman" w:cs="Times New Roman"/>
        <w:sz w:val="14"/>
        <w:szCs w:val="14"/>
      </w:rPr>
      <w:t xml:space="preserve"> de </w:t>
    </w:r>
    <w:proofErr w:type="spellStart"/>
    <w:r>
      <w:rPr>
        <w:rFonts w:ascii="Times New Roman" w:hAnsi="Times New Roman" w:cs="Times New Roman"/>
        <w:sz w:val="14"/>
        <w:szCs w:val="14"/>
      </w:rPr>
      <w:t>dumneavoastră</w:t>
    </w:r>
    <w:proofErr w:type="spellEnd"/>
    <w:r>
      <w:rPr>
        <w:rFonts w:ascii="Times New Roman" w:hAnsi="Times New Roman" w:cs="Times New Roman"/>
        <w:sz w:val="14"/>
        <w:szCs w:val="14"/>
      </w:rPr>
      <w:t xml:space="preserve">, </w:t>
    </w:r>
    <w:proofErr w:type="spellStart"/>
    <w:r>
      <w:rPr>
        <w:rFonts w:ascii="Times New Roman" w:hAnsi="Times New Roman" w:cs="Times New Roman"/>
        <w:sz w:val="14"/>
        <w:szCs w:val="14"/>
      </w:rPr>
      <w:t>în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scopul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soluționării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cererii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depuse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și</w:t>
    </w:r>
    <w:proofErr w:type="spellEnd"/>
    <w:r>
      <w:rPr>
        <w:rFonts w:ascii="Times New Roman" w:hAnsi="Times New Roman" w:cs="Times New Roman"/>
        <w:sz w:val="14"/>
        <w:szCs w:val="14"/>
      </w:rPr>
      <w:t xml:space="preserve"> al </w:t>
    </w:r>
    <w:proofErr w:type="spellStart"/>
    <w:r>
      <w:rPr>
        <w:rFonts w:ascii="Times New Roman" w:hAnsi="Times New Roman" w:cs="Times New Roman"/>
        <w:sz w:val="14"/>
        <w:szCs w:val="14"/>
      </w:rPr>
      <w:t>îndeplinirii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atribuțiilor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legale</w:t>
    </w:r>
    <w:proofErr w:type="spellEnd"/>
    <w:r>
      <w:rPr>
        <w:rFonts w:ascii="Times New Roman" w:hAnsi="Times New Roman" w:cs="Times New Roman"/>
        <w:sz w:val="14"/>
        <w:szCs w:val="14"/>
      </w:rPr>
      <w:t xml:space="preserve"> ale </w:t>
    </w:r>
    <w:proofErr w:type="spellStart"/>
    <w:r>
      <w:rPr>
        <w:rFonts w:ascii="Times New Roman" w:hAnsi="Times New Roman" w:cs="Times New Roman"/>
        <w:sz w:val="14"/>
        <w:szCs w:val="14"/>
      </w:rPr>
      <w:t>administrației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publice</w:t>
    </w:r>
    <w:proofErr w:type="spellEnd"/>
    <w:r>
      <w:rPr>
        <w:rFonts w:ascii="Times New Roman" w:hAnsi="Times New Roman" w:cs="Times New Roman"/>
        <w:sz w:val="14"/>
        <w:szCs w:val="14"/>
      </w:rPr>
      <w:t xml:space="preserve"> locale, </w:t>
    </w:r>
    <w:proofErr w:type="spellStart"/>
    <w:r>
      <w:rPr>
        <w:rFonts w:ascii="Times New Roman" w:hAnsi="Times New Roman" w:cs="Times New Roman"/>
        <w:sz w:val="14"/>
        <w:szCs w:val="14"/>
      </w:rPr>
      <w:t>în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conformitate</w:t>
    </w:r>
    <w:proofErr w:type="spellEnd"/>
    <w:r>
      <w:rPr>
        <w:rFonts w:ascii="Times New Roman" w:hAnsi="Times New Roman" w:cs="Times New Roman"/>
        <w:sz w:val="14"/>
        <w:szCs w:val="14"/>
      </w:rPr>
      <w:t xml:space="preserve"> cu </w:t>
    </w:r>
    <w:proofErr w:type="spellStart"/>
    <w:r>
      <w:rPr>
        <w:rFonts w:ascii="Times New Roman" w:hAnsi="Times New Roman" w:cs="Times New Roman"/>
        <w:sz w:val="14"/>
        <w:szCs w:val="14"/>
      </w:rPr>
      <w:t>Regulamentul</w:t>
    </w:r>
    <w:proofErr w:type="spellEnd"/>
    <w:r>
      <w:rPr>
        <w:rFonts w:ascii="Times New Roman" w:hAnsi="Times New Roman" w:cs="Times New Roman"/>
        <w:sz w:val="14"/>
        <w:szCs w:val="14"/>
      </w:rPr>
      <w:t xml:space="preserve"> UE 679/2016 </w:t>
    </w:r>
    <w:proofErr w:type="spellStart"/>
    <w:r>
      <w:rPr>
        <w:rFonts w:ascii="Times New Roman" w:hAnsi="Times New Roman" w:cs="Times New Roman"/>
        <w:sz w:val="14"/>
        <w:szCs w:val="14"/>
      </w:rPr>
      <w:t>și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legislația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națională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în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vigoare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privind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protecția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și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securitatea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datelor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personale</w:t>
    </w:r>
    <w:proofErr w:type="spellEnd"/>
    <w:r>
      <w:rPr>
        <w:rFonts w:ascii="Times New Roman" w:hAnsi="Times New Roman" w:cs="Times New Roman"/>
        <w:sz w:val="14"/>
        <w:szCs w:val="14"/>
      </w:rPr>
      <w:t xml:space="preserve">. </w:t>
    </w:r>
    <w:proofErr w:type="spellStart"/>
    <w:r>
      <w:rPr>
        <w:rFonts w:ascii="Times New Roman" w:hAnsi="Times New Roman" w:cs="Times New Roman"/>
        <w:sz w:val="14"/>
        <w:szCs w:val="14"/>
      </w:rPr>
      <w:t>Datele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furnizate</w:t>
    </w:r>
    <w:proofErr w:type="spellEnd"/>
    <w:r>
      <w:rPr>
        <w:rFonts w:ascii="Times New Roman" w:hAnsi="Times New Roman" w:cs="Times New Roman"/>
        <w:sz w:val="14"/>
        <w:szCs w:val="14"/>
      </w:rPr>
      <w:t xml:space="preserve"> pot fi </w:t>
    </w:r>
    <w:proofErr w:type="spellStart"/>
    <w:r>
      <w:rPr>
        <w:rFonts w:ascii="Times New Roman" w:hAnsi="Times New Roman" w:cs="Times New Roman"/>
        <w:sz w:val="14"/>
        <w:szCs w:val="14"/>
      </w:rPr>
      <w:t>dezvăluite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unor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terți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doar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în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baza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unui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temei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justificat</w:t>
    </w:r>
    <w:proofErr w:type="spellEnd"/>
    <w:r>
      <w:rPr>
        <w:rFonts w:ascii="Times New Roman" w:hAnsi="Times New Roman" w:cs="Times New Roman"/>
        <w:sz w:val="14"/>
        <w:szCs w:val="14"/>
      </w:rPr>
      <w:t xml:space="preserve">. </w:t>
    </w:r>
    <w:proofErr w:type="spellStart"/>
    <w:r>
      <w:rPr>
        <w:rFonts w:ascii="Times New Roman" w:hAnsi="Times New Roman" w:cs="Times New Roman"/>
        <w:sz w:val="14"/>
        <w:szCs w:val="14"/>
      </w:rPr>
      <w:t>În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calitate</w:t>
    </w:r>
    <w:proofErr w:type="spellEnd"/>
    <w:r>
      <w:rPr>
        <w:rFonts w:ascii="Times New Roman" w:hAnsi="Times New Roman" w:cs="Times New Roman"/>
        <w:sz w:val="14"/>
        <w:szCs w:val="14"/>
      </w:rPr>
      <w:t xml:space="preserve"> de </w:t>
    </w:r>
    <w:proofErr w:type="spellStart"/>
    <w:r>
      <w:rPr>
        <w:rFonts w:ascii="Times New Roman" w:hAnsi="Times New Roman" w:cs="Times New Roman"/>
        <w:sz w:val="14"/>
        <w:szCs w:val="14"/>
      </w:rPr>
      <w:t>persoană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vizată</w:t>
    </w:r>
    <w:proofErr w:type="spellEnd"/>
    <w:r>
      <w:rPr>
        <w:rFonts w:ascii="Times New Roman" w:hAnsi="Times New Roman" w:cs="Times New Roman"/>
        <w:sz w:val="14"/>
        <w:szCs w:val="14"/>
      </w:rPr>
      <w:t xml:space="preserve"> de </w:t>
    </w:r>
    <w:proofErr w:type="spellStart"/>
    <w:r>
      <w:rPr>
        <w:rFonts w:ascii="Times New Roman" w:hAnsi="Times New Roman" w:cs="Times New Roman"/>
        <w:sz w:val="14"/>
        <w:szCs w:val="14"/>
      </w:rPr>
      <w:t>operațiunile</w:t>
    </w:r>
    <w:proofErr w:type="spellEnd"/>
    <w:r>
      <w:rPr>
        <w:rFonts w:ascii="Times New Roman" w:hAnsi="Times New Roman" w:cs="Times New Roman"/>
        <w:sz w:val="14"/>
        <w:szCs w:val="14"/>
      </w:rPr>
      <w:t xml:space="preserve"> de </w:t>
    </w:r>
    <w:proofErr w:type="spellStart"/>
    <w:r>
      <w:rPr>
        <w:rFonts w:ascii="Times New Roman" w:hAnsi="Times New Roman" w:cs="Times New Roman"/>
        <w:sz w:val="14"/>
        <w:szCs w:val="14"/>
      </w:rPr>
      <w:t>prelucrare</w:t>
    </w:r>
    <w:proofErr w:type="spellEnd"/>
    <w:r>
      <w:rPr>
        <w:rFonts w:ascii="Times New Roman" w:hAnsi="Times New Roman" w:cs="Times New Roman"/>
        <w:sz w:val="14"/>
        <w:szCs w:val="14"/>
      </w:rPr>
      <w:t xml:space="preserve">, </w:t>
    </w:r>
    <w:proofErr w:type="spellStart"/>
    <w:r>
      <w:rPr>
        <w:rFonts w:ascii="Times New Roman" w:hAnsi="Times New Roman" w:cs="Times New Roman"/>
        <w:sz w:val="14"/>
        <w:szCs w:val="14"/>
      </w:rPr>
      <w:t>beneficiați</w:t>
    </w:r>
    <w:proofErr w:type="spellEnd"/>
    <w:r>
      <w:rPr>
        <w:rFonts w:ascii="Times New Roman" w:hAnsi="Times New Roman" w:cs="Times New Roman"/>
        <w:sz w:val="14"/>
        <w:szCs w:val="14"/>
      </w:rPr>
      <w:t xml:space="preserve"> de </w:t>
    </w:r>
    <w:proofErr w:type="spellStart"/>
    <w:r>
      <w:rPr>
        <w:rFonts w:ascii="Times New Roman" w:hAnsi="Times New Roman" w:cs="Times New Roman"/>
        <w:sz w:val="14"/>
        <w:szCs w:val="14"/>
      </w:rPr>
      <w:t>dreptul</w:t>
    </w:r>
    <w:proofErr w:type="spellEnd"/>
    <w:r>
      <w:rPr>
        <w:rFonts w:ascii="Times New Roman" w:hAnsi="Times New Roman" w:cs="Times New Roman"/>
        <w:sz w:val="14"/>
        <w:szCs w:val="14"/>
      </w:rPr>
      <w:t xml:space="preserve"> de </w:t>
    </w:r>
    <w:proofErr w:type="spellStart"/>
    <w:r>
      <w:rPr>
        <w:rFonts w:ascii="Times New Roman" w:hAnsi="Times New Roman" w:cs="Times New Roman"/>
        <w:sz w:val="14"/>
        <w:szCs w:val="14"/>
      </w:rPr>
      <w:t>acces</w:t>
    </w:r>
    <w:proofErr w:type="spellEnd"/>
    <w:r>
      <w:rPr>
        <w:rFonts w:ascii="Times New Roman" w:hAnsi="Times New Roman" w:cs="Times New Roman"/>
        <w:sz w:val="14"/>
        <w:szCs w:val="14"/>
      </w:rPr>
      <w:t xml:space="preserve">, </w:t>
    </w:r>
    <w:proofErr w:type="spellStart"/>
    <w:r>
      <w:rPr>
        <w:rFonts w:ascii="Times New Roman" w:hAnsi="Times New Roman" w:cs="Times New Roman"/>
        <w:sz w:val="14"/>
        <w:szCs w:val="14"/>
      </w:rPr>
      <w:t>dreptul</w:t>
    </w:r>
    <w:proofErr w:type="spellEnd"/>
    <w:r>
      <w:rPr>
        <w:rFonts w:ascii="Times New Roman" w:hAnsi="Times New Roman" w:cs="Times New Roman"/>
        <w:sz w:val="14"/>
        <w:szCs w:val="14"/>
      </w:rPr>
      <w:t xml:space="preserve"> la </w:t>
    </w:r>
    <w:proofErr w:type="spellStart"/>
    <w:r>
      <w:rPr>
        <w:rFonts w:ascii="Times New Roman" w:hAnsi="Times New Roman" w:cs="Times New Roman"/>
        <w:sz w:val="14"/>
        <w:szCs w:val="14"/>
      </w:rPr>
      <w:t>rectificare</w:t>
    </w:r>
    <w:proofErr w:type="spellEnd"/>
    <w:r>
      <w:rPr>
        <w:rFonts w:ascii="Times New Roman" w:hAnsi="Times New Roman" w:cs="Times New Roman"/>
        <w:sz w:val="14"/>
        <w:szCs w:val="14"/>
      </w:rPr>
      <w:t xml:space="preserve">, </w:t>
    </w:r>
    <w:proofErr w:type="spellStart"/>
    <w:r>
      <w:rPr>
        <w:rFonts w:ascii="Times New Roman" w:hAnsi="Times New Roman" w:cs="Times New Roman"/>
        <w:sz w:val="14"/>
        <w:szCs w:val="14"/>
      </w:rPr>
      <w:t>dreptul</w:t>
    </w:r>
    <w:proofErr w:type="spellEnd"/>
    <w:r>
      <w:rPr>
        <w:rFonts w:ascii="Times New Roman" w:hAnsi="Times New Roman" w:cs="Times New Roman"/>
        <w:sz w:val="14"/>
        <w:szCs w:val="14"/>
      </w:rPr>
      <w:t xml:space="preserve"> la </w:t>
    </w:r>
    <w:proofErr w:type="spellStart"/>
    <w:r>
      <w:rPr>
        <w:rFonts w:ascii="Times New Roman" w:hAnsi="Times New Roman" w:cs="Times New Roman"/>
        <w:sz w:val="14"/>
        <w:szCs w:val="14"/>
      </w:rPr>
      <w:t>restricționarea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prelucrării</w:t>
    </w:r>
    <w:proofErr w:type="spellEnd"/>
    <w:r>
      <w:rPr>
        <w:rFonts w:ascii="Times New Roman" w:hAnsi="Times New Roman" w:cs="Times New Roman"/>
        <w:sz w:val="14"/>
        <w:szCs w:val="14"/>
      </w:rPr>
      <w:t xml:space="preserve">, </w:t>
    </w:r>
    <w:proofErr w:type="spellStart"/>
    <w:r>
      <w:rPr>
        <w:rFonts w:ascii="Times New Roman" w:hAnsi="Times New Roman" w:cs="Times New Roman"/>
        <w:sz w:val="14"/>
        <w:szCs w:val="14"/>
      </w:rPr>
      <w:t>dreptul</w:t>
    </w:r>
    <w:proofErr w:type="spellEnd"/>
    <w:r>
      <w:rPr>
        <w:rFonts w:ascii="Times New Roman" w:hAnsi="Times New Roman" w:cs="Times New Roman"/>
        <w:sz w:val="14"/>
        <w:szCs w:val="14"/>
      </w:rPr>
      <w:t xml:space="preserve"> la </w:t>
    </w:r>
    <w:proofErr w:type="spellStart"/>
    <w:r>
      <w:rPr>
        <w:rFonts w:ascii="Times New Roman" w:hAnsi="Times New Roman" w:cs="Times New Roman"/>
        <w:sz w:val="14"/>
        <w:szCs w:val="14"/>
      </w:rPr>
      <w:t>opoziție</w:t>
    </w:r>
    <w:proofErr w:type="spellEnd"/>
    <w:r>
      <w:rPr>
        <w:rFonts w:ascii="Times New Roman" w:hAnsi="Times New Roman" w:cs="Times New Roman"/>
        <w:sz w:val="14"/>
        <w:szCs w:val="14"/>
      </w:rPr>
      <w:t xml:space="preserve">, </w:t>
    </w:r>
    <w:proofErr w:type="spellStart"/>
    <w:r>
      <w:rPr>
        <w:rFonts w:ascii="Times New Roman" w:hAnsi="Times New Roman" w:cs="Times New Roman"/>
        <w:sz w:val="14"/>
        <w:szCs w:val="14"/>
      </w:rPr>
      <w:t>dreptul</w:t>
    </w:r>
    <w:proofErr w:type="spellEnd"/>
    <w:r>
      <w:rPr>
        <w:rFonts w:ascii="Times New Roman" w:hAnsi="Times New Roman" w:cs="Times New Roman"/>
        <w:sz w:val="14"/>
        <w:szCs w:val="14"/>
      </w:rPr>
      <w:t xml:space="preserve"> la </w:t>
    </w:r>
    <w:proofErr w:type="spellStart"/>
    <w:r>
      <w:rPr>
        <w:rFonts w:ascii="Times New Roman" w:hAnsi="Times New Roman" w:cs="Times New Roman"/>
        <w:sz w:val="14"/>
        <w:szCs w:val="14"/>
      </w:rPr>
      <w:t>portabilitatea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datelor</w:t>
    </w:r>
    <w:proofErr w:type="spellEnd"/>
    <w:r>
      <w:rPr>
        <w:rFonts w:ascii="Times New Roman" w:hAnsi="Times New Roman" w:cs="Times New Roman"/>
        <w:sz w:val="14"/>
        <w:szCs w:val="14"/>
      </w:rPr>
      <w:t xml:space="preserve">, </w:t>
    </w:r>
    <w:proofErr w:type="spellStart"/>
    <w:r>
      <w:rPr>
        <w:rFonts w:ascii="Times New Roman" w:hAnsi="Times New Roman" w:cs="Times New Roman"/>
        <w:sz w:val="14"/>
        <w:szCs w:val="14"/>
      </w:rPr>
      <w:t>dreptul</w:t>
    </w:r>
    <w:proofErr w:type="spellEnd"/>
    <w:r>
      <w:rPr>
        <w:rFonts w:ascii="Times New Roman" w:hAnsi="Times New Roman" w:cs="Times New Roman"/>
        <w:sz w:val="14"/>
        <w:szCs w:val="14"/>
      </w:rPr>
      <w:t xml:space="preserve"> de a </w:t>
    </w:r>
    <w:proofErr w:type="spellStart"/>
    <w:r>
      <w:rPr>
        <w:rFonts w:ascii="Times New Roman" w:hAnsi="Times New Roman" w:cs="Times New Roman"/>
        <w:sz w:val="14"/>
        <w:szCs w:val="14"/>
      </w:rPr>
      <w:t>nu</w:t>
    </w:r>
    <w:proofErr w:type="spellEnd"/>
    <w:r>
      <w:rPr>
        <w:rFonts w:ascii="Times New Roman" w:hAnsi="Times New Roman" w:cs="Times New Roman"/>
        <w:sz w:val="14"/>
        <w:szCs w:val="14"/>
      </w:rPr>
      <w:t xml:space="preserve"> fi </w:t>
    </w:r>
    <w:proofErr w:type="spellStart"/>
    <w:r>
      <w:rPr>
        <w:rFonts w:ascii="Times New Roman" w:hAnsi="Times New Roman" w:cs="Times New Roman"/>
        <w:sz w:val="14"/>
        <w:szCs w:val="14"/>
      </w:rPr>
      <w:t>supus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unei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decizii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individuale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automatizate</w:t>
    </w:r>
    <w:proofErr w:type="spellEnd"/>
    <w:r>
      <w:rPr>
        <w:rFonts w:ascii="Times New Roman" w:hAnsi="Times New Roman" w:cs="Times New Roman"/>
        <w:sz w:val="14"/>
        <w:szCs w:val="14"/>
      </w:rPr>
      <w:t xml:space="preserve">, precum </w:t>
    </w:r>
    <w:proofErr w:type="spellStart"/>
    <w:r>
      <w:rPr>
        <w:rFonts w:ascii="Times New Roman" w:hAnsi="Times New Roman" w:cs="Times New Roman"/>
        <w:sz w:val="14"/>
        <w:szCs w:val="14"/>
      </w:rPr>
      <w:t>și</w:t>
    </w:r>
    <w:proofErr w:type="spellEnd"/>
    <w:r>
      <w:rPr>
        <w:rFonts w:ascii="Times New Roman" w:hAnsi="Times New Roman" w:cs="Times New Roman"/>
        <w:sz w:val="14"/>
        <w:szCs w:val="14"/>
      </w:rPr>
      <w:t xml:space="preserve"> de </w:t>
    </w:r>
    <w:proofErr w:type="spellStart"/>
    <w:r>
      <w:rPr>
        <w:rFonts w:ascii="Times New Roman" w:hAnsi="Times New Roman" w:cs="Times New Roman"/>
        <w:sz w:val="14"/>
        <w:szCs w:val="14"/>
      </w:rPr>
      <w:t>dreptul</w:t>
    </w:r>
    <w:proofErr w:type="spellEnd"/>
    <w:r>
      <w:rPr>
        <w:rFonts w:ascii="Times New Roman" w:hAnsi="Times New Roman" w:cs="Times New Roman"/>
        <w:sz w:val="14"/>
        <w:szCs w:val="14"/>
      </w:rPr>
      <w:t xml:space="preserve"> la </w:t>
    </w:r>
    <w:proofErr w:type="spellStart"/>
    <w:r>
      <w:rPr>
        <w:rFonts w:ascii="Times New Roman" w:hAnsi="Times New Roman" w:cs="Times New Roman"/>
        <w:sz w:val="14"/>
        <w:szCs w:val="14"/>
      </w:rPr>
      <w:t>ștergerea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datelor</w:t>
    </w:r>
    <w:proofErr w:type="spellEnd"/>
    <w:r>
      <w:rPr>
        <w:rFonts w:ascii="Times New Roman" w:hAnsi="Times New Roman" w:cs="Times New Roman"/>
        <w:sz w:val="14"/>
        <w:szCs w:val="14"/>
      </w:rPr>
      <w:t xml:space="preserve">, </w:t>
    </w:r>
    <w:proofErr w:type="spellStart"/>
    <w:r>
      <w:rPr>
        <w:rFonts w:ascii="Times New Roman" w:hAnsi="Times New Roman" w:cs="Times New Roman"/>
        <w:sz w:val="14"/>
        <w:szCs w:val="14"/>
      </w:rPr>
      <w:t>în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condițiile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prevăzute</w:t>
    </w:r>
    <w:proofErr w:type="spellEnd"/>
    <w:r>
      <w:rPr>
        <w:rFonts w:ascii="Times New Roman" w:hAnsi="Times New Roman" w:cs="Times New Roman"/>
        <w:sz w:val="14"/>
        <w:szCs w:val="14"/>
      </w:rPr>
      <w:t xml:space="preserve"> de </w:t>
    </w:r>
    <w:proofErr w:type="spellStart"/>
    <w:r>
      <w:rPr>
        <w:rFonts w:ascii="Times New Roman" w:hAnsi="Times New Roman" w:cs="Times New Roman"/>
        <w:sz w:val="14"/>
        <w:szCs w:val="14"/>
      </w:rPr>
      <w:t>Regulament</w:t>
    </w:r>
    <w:proofErr w:type="spellEnd"/>
    <w:r>
      <w:rPr>
        <w:rFonts w:ascii="Times New Roman" w:hAnsi="Times New Roman" w:cs="Times New Roman"/>
        <w:sz w:val="14"/>
        <w:szCs w:val="14"/>
      </w:rPr>
      <w:t xml:space="preserve">. </w:t>
    </w:r>
    <w:proofErr w:type="spellStart"/>
    <w:r>
      <w:rPr>
        <w:rFonts w:ascii="Times New Roman" w:hAnsi="Times New Roman" w:cs="Times New Roman"/>
        <w:sz w:val="14"/>
        <w:szCs w:val="14"/>
      </w:rPr>
      <w:t>Aceste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drepturile</w:t>
    </w:r>
    <w:proofErr w:type="spellEnd"/>
    <w:r>
      <w:rPr>
        <w:rFonts w:ascii="Times New Roman" w:hAnsi="Times New Roman" w:cs="Times New Roman"/>
        <w:sz w:val="14"/>
        <w:szCs w:val="14"/>
      </w:rPr>
      <w:t xml:space="preserve"> le </w:t>
    </w:r>
    <w:proofErr w:type="spellStart"/>
    <w:r>
      <w:rPr>
        <w:rFonts w:ascii="Times New Roman" w:hAnsi="Times New Roman" w:cs="Times New Roman"/>
        <w:sz w:val="14"/>
        <w:szCs w:val="14"/>
      </w:rPr>
      <w:t>puteți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exercita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oricând</w:t>
    </w:r>
    <w:proofErr w:type="spellEnd"/>
    <w:r>
      <w:rPr>
        <w:rFonts w:ascii="Times New Roman" w:hAnsi="Times New Roman" w:cs="Times New Roman"/>
        <w:sz w:val="14"/>
        <w:szCs w:val="14"/>
      </w:rPr>
      <w:t xml:space="preserve">, </w:t>
    </w:r>
    <w:proofErr w:type="spellStart"/>
    <w:r>
      <w:rPr>
        <w:rFonts w:ascii="Times New Roman" w:hAnsi="Times New Roman" w:cs="Times New Roman"/>
        <w:sz w:val="14"/>
        <w:szCs w:val="14"/>
      </w:rPr>
      <w:t>în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baza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unei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cereri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scrise</w:t>
    </w:r>
    <w:proofErr w:type="spellEnd"/>
    <w:r>
      <w:rPr>
        <w:rFonts w:ascii="Times New Roman" w:hAnsi="Times New Roman" w:cs="Times New Roman"/>
        <w:sz w:val="14"/>
        <w:szCs w:val="14"/>
      </w:rPr>
      <w:t xml:space="preserve">, </w:t>
    </w:r>
    <w:proofErr w:type="spellStart"/>
    <w:r>
      <w:rPr>
        <w:rFonts w:ascii="Times New Roman" w:hAnsi="Times New Roman" w:cs="Times New Roman"/>
        <w:sz w:val="14"/>
        <w:szCs w:val="14"/>
      </w:rPr>
      <w:t>semnate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și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datate</w:t>
    </w:r>
    <w:proofErr w:type="spellEnd"/>
    <w:r>
      <w:rPr>
        <w:rFonts w:ascii="Times New Roman" w:hAnsi="Times New Roman" w:cs="Times New Roman"/>
        <w:sz w:val="14"/>
        <w:szCs w:val="14"/>
      </w:rPr>
      <w:t xml:space="preserve">, </w:t>
    </w:r>
    <w:proofErr w:type="spellStart"/>
    <w:r>
      <w:rPr>
        <w:rFonts w:ascii="Times New Roman" w:hAnsi="Times New Roman" w:cs="Times New Roman"/>
        <w:sz w:val="14"/>
        <w:szCs w:val="14"/>
      </w:rPr>
      <w:t>depuse</w:t>
    </w:r>
    <w:proofErr w:type="spellEnd"/>
    <w:r>
      <w:rPr>
        <w:rFonts w:ascii="Times New Roman" w:hAnsi="Times New Roman" w:cs="Times New Roman"/>
        <w:sz w:val="14"/>
        <w:szCs w:val="14"/>
      </w:rPr>
      <w:t xml:space="preserve"> la </w:t>
    </w:r>
    <w:proofErr w:type="spellStart"/>
    <w:r>
      <w:rPr>
        <w:rFonts w:ascii="Times New Roman" w:hAnsi="Times New Roman" w:cs="Times New Roman"/>
        <w:sz w:val="14"/>
        <w:szCs w:val="14"/>
      </w:rPr>
      <w:t>sediul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instituției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ori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prin</w:t>
    </w:r>
    <w:proofErr w:type="spellEnd"/>
    <w:r>
      <w:rPr>
        <w:rFonts w:ascii="Times New Roman" w:hAnsi="Times New Roman" w:cs="Times New Roman"/>
        <w:sz w:val="14"/>
        <w:szCs w:val="14"/>
      </w:rPr>
      <w:t xml:space="preserve"> email la </w:t>
    </w:r>
    <w:proofErr w:type="spellStart"/>
    <w:r>
      <w:rPr>
        <w:rFonts w:ascii="Times New Roman" w:hAnsi="Times New Roman" w:cs="Times New Roman"/>
        <w:sz w:val="14"/>
        <w:szCs w:val="14"/>
      </w:rPr>
      <w:t>adresa</w:t>
    </w:r>
    <w:proofErr w:type="spellEnd"/>
    <w:r>
      <w:rPr>
        <w:rFonts w:ascii="Times New Roman" w:hAnsi="Times New Roman" w:cs="Times New Roman"/>
        <w:sz w:val="14"/>
        <w:szCs w:val="14"/>
      </w:rPr>
      <w:t xml:space="preserve">: </w:t>
    </w:r>
    <w:r>
      <w:rPr>
        <w:rFonts w:ascii="Times New Roman" w:hAnsi="Times New Roman" w:cs="Times New Roman"/>
        <w:b/>
        <w:bCs/>
        <w:sz w:val="14"/>
        <w:szCs w:val="14"/>
      </w:rPr>
      <w:t>dpo@primariaarad.ro</w:t>
    </w:r>
    <w:r>
      <w:rPr>
        <w:rFonts w:ascii="Times New Roman" w:hAnsi="Times New Roman" w:cs="Times New Roman"/>
        <w:sz w:val="14"/>
        <w:szCs w:val="14"/>
      </w:rPr>
      <w:t xml:space="preserve">. </w:t>
    </w:r>
    <w:proofErr w:type="spellStart"/>
    <w:r>
      <w:rPr>
        <w:rFonts w:ascii="Times New Roman" w:hAnsi="Times New Roman" w:cs="Times New Roman"/>
        <w:sz w:val="14"/>
        <w:szCs w:val="14"/>
      </w:rPr>
      <w:t>Informații</w:t>
    </w:r>
    <w:proofErr w:type="spellEnd"/>
    <w:r>
      <w:rPr>
        <w:rFonts w:ascii="Times New Roman" w:hAnsi="Times New Roman" w:cs="Times New Roman"/>
        <w:sz w:val="14"/>
        <w:szCs w:val="14"/>
      </w:rPr>
      <w:t xml:space="preserve"> complete </w:t>
    </w:r>
    <w:proofErr w:type="spellStart"/>
    <w:r>
      <w:rPr>
        <w:rFonts w:ascii="Times New Roman" w:hAnsi="Times New Roman" w:cs="Times New Roman"/>
        <w:sz w:val="14"/>
        <w:szCs w:val="14"/>
      </w:rPr>
      <w:t>și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detaliate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privind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prelucrarea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datelor</w:t>
    </w:r>
    <w:proofErr w:type="spellEnd"/>
    <w:r>
      <w:rPr>
        <w:rFonts w:ascii="Times New Roman" w:hAnsi="Times New Roman" w:cs="Times New Roman"/>
        <w:sz w:val="14"/>
        <w:szCs w:val="14"/>
      </w:rPr>
      <w:t xml:space="preserve"> cu </w:t>
    </w:r>
    <w:proofErr w:type="spellStart"/>
    <w:r>
      <w:rPr>
        <w:rFonts w:ascii="Times New Roman" w:hAnsi="Times New Roman" w:cs="Times New Roman"/>
        <w:sz w:val="14"/>
        <w:szCs w:val="14"/>
      </w:rPr>
      <w:t>caracter</w:t>
    </w:r>
    <w:proofErr w:type="spellEnd"/>
    <w:r>
      <w:rPr>
        <w:rFonts w:ascii="Times New Roman" w:hAnsi="Times New Roman" w:cs="Times New Roman"/>
        <w:sz w:val="14"/>
        <w:szCs w:val="14"/>
      </w:rPr>
      <w:t xml:space="preserve"> personal, </w:t>
    </w:r>
    <w:proofErr w:type="spellStart"/>
    <w:r>
      <w:rPr>
        <w:rFonts w:ascii="Times New Roman" w:hAnsi="Times New Roman" w:cs="Times New Roman"/>
        <w:sz w:val="14"/>
        <w:szCs w:val="14"/>
      </w:rPr>
      <w:t>puteți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afla</w:t>
    </w:r>
    <w:proofErr w:type="spellEnd"/>
    <w:r>
      <w:rPr>
        <w:rFonts w:ascii="Times New Roman" w:hAnsi="Times New Roman" w:cs="Times New Roman"/>
        <w:sz w:val="14"/>
        <w:szCs w:val="14"/>
      </w:rPr>
      <w:t xml:space="preserve"> la </w:t>
    </w:r>
    <w:proofErr w:type="spellStart"/>
    <w:r>
      <w:rPr>
        <w:rFonts w:ascii="Times New Roman" w:hAnsi="Times New Roman" w:cs="Times New Roman"/>
        <w:sz w:val="14"/>
        <w:szCs w:val="14"/>
      </w:rPr>
      <w:t>sediul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instituției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sau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accesând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pagina</w:t>
    </w:r>
    <w:proofErr w:type="spellEnd"/>
    <w:r>
      <w:rPr>
        <w:rFonts w:ascii="Times New Roman" w:hAnsi="Times New Roman" w:cs="Times New Roman"/>
        <w:sz w:val="14"/>
        <w:szCs w:val="14"/>
      </w:rPr>
      <w:t xml:space="preserve"> web </w:t>
    </w:r>
    <w:proofErr w:type="gramStart"/>
    <w:r>
      <w:rPr>
        <w:rFonts w:ascii="Times New Roman" w:hAnsi="Times New Roman" w:cs="Times New Roman"/>
        <w:sz w:val="14"/>
        <w:szCs w:val="14"/>
      </w:rPr>
      <w:t>a</w:t>
    </w:r>
    <w:proofErr w:type="gram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instituției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r>
      <w:rPr>
        <w:rFonts w:ascii="Times New Roman" w:hAnsi="Times New Roman" w:cs="Times New Roman"/>
        <w:b/>
        <w:bCs/>
        <w:sz w:val="14"/>
        <w:szCs w:val="14"/>
      </w:rPr>
      <w:t>www.primariaarad.ro</w:t>
    </w:r>
    <w:r>
      <w:rPr>
        <w:rFonts w:ascii="Times New Roman" w:hAnsi="Times New Roman" w:cs="Times New Roman"/>
        <w:sz w:val="14"/>
        <w:szCs w:val="14"/>
      </w:rPr>
      <w:t xml:space="preserve">, </w:t>
    </w:r>
    <w:proofErr w:type="spellStart"/>
    <w:r>
      <w:rPr>
        <w:rFonts w:ascii="Times New Roman" w:hAnsi="Times New Roman" w:cs="Times New Roman"/>
        <w:sz w:val="14"/>
        <w:szCs w:val="14"/>
      </w:rPr>
      <w:t>secțiunea</w:t>
    </w:r>
    <w:proofErr w:type="spellEnd"/>
    <w:r>
      <w:rPr>
        <w:rFonts w:ascii="Times New Roman" w:hAnsi="Times New Roman" w:cs="Times New Roman"/>
        <w:sz w:val="14"/>
        <w:szCs w:val="14"/>
      </w:rPr>
      <w:t xml:space="preserve"> „</w:t>
    </w:r>
    <w:proofErr w:type="spellStart"/>
    <w:r>
      <w:rPr>
        <w:rFonts w:ascii="Times New Roman" w:hAnsi="Times New Roman" w:cs="Times New Roman"/>
        <w:sz w:val="14"/>
        <w:szCs w:val="14"/>
      </w:rPr>
      <w:t>Prelucrare</w:t>
    </w:r>
    <w:proofErr w:type="spellEnd"/>
    <w:r>
      <w:rPr>
        <w:rFonts w:ascii="Times New Roman" w:hAnsi="Times New Roman" w:cs="Times New Roman"/>
        <w:sz w:val="14"/>
        <w:szCs w:val="14"/>
      </w:rPr>
      <w:t xml:space="preserve"> date”.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50CEAF" w14:textId="77777777" w:rsidR="00153937" w:rsidRDefault="00153937">
      <w:pPr>
        <w:spacing w:after="0" w:line="240" w:lineRule="auto"/>
      </w:pPr>
      <w:r>
        <w:separator/>
      </w:r>
    </w:p>
  </w:footnote>
  <w:footnote w:type="continuationSeparator" w:id="0">
    <w:p w14:paraId="0CDEF6BA" w14:textId="77777777" w:rsidR="00153937" w:rsidRDefault="001539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Normal1"/>
      <w:tblW w:w="0" w:type="auto"/>
      <w:tblInd w:w="-299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ayout w:type="fixed"/>
      <w:tblLook w:val="01E0" w:firstRow="1" w:lastRow="1" w:firstColumn="1" w:lastColumn="1" w:noHBand="0" w:noVBand="0"/>
    </w:tblPr>
    <w:tblGrid>
      <w:gridCol w:w="1732"/>
      <w:gridCol w:w="4506"/>
      <w:gridCol w:w="2686"/>
      <w:gridCol w:w="1891"/>
    </w:tblGrid>
    <w:tr w:rsidR="00BA01A4" w14:paraId="6E920D95" w14:textId="77777777">
      <w:trPr>
        <w:trHeight w:val="277"/>
      </w:trPr>
      <w:tc>
        <w:tcPr>
          <w:tcW w:w="1732" w:type="dxa"/>
          <w:vMerge w:val="restart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</w:tcPr>
        <w:p w14:paraId="01C5EEDE" w14:textId="515273E2" w:rsidR="00BA01A4" w:rsidRDefault="00BA01A4" w:rsidP="00E236FA">
          <w:pPr>
            <w:pStyle w:val="TableParagraph"/>
            <w:spacing w:before="0"/>
            <w:ind w:left="0"/>
            <w:rPr>
              <w:b/>
              <w:sz w:val="18"/>
              <w:szCs w:val="28"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71EE2EB4" wp14:editId="6E41E67E">
                <wp:simplePos x="0" y="0"/>
                <wp:positionH relativeFrom="column">
                  <wp:posOffset>17780</wp:posOffset>
                </wp:positionH>
                <wp:positionV relativeFrom="paragraph">
                  <wp:posOffset>200025</wp:posOffset>
                </wp:positionV>
                <wp:extent cx="1080770" cy="1064895"/>
                <wp:effectExtent l="0" t="0" r="5080" b="1905"/>
                <wp:wrapTopAndBottom/>
                <wp:docPr id="1090426918" name="I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in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0770" cy="106489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216978B1" w14:textId="77777777" w:rsidR="00BA01A4" w:rsidRDefault="00BA01A4" w:rsidP="00BA01A4">
          <w:pPr>
            <w:pStyle w:val="TableParagraph"/>
            <w:spacing w:before="0"/>
            <w:ind w:left="410"/>
            <w:rPr>
              <w:i/>
              <w:sz w:val="18"/>
              <w:szCs w:val="28"/>
            </w:rPr>
          </w:pPr>
        </w:p>
      </w:tc>
      <w:tc>
        <w:tcPr>
          <w:tcW w:w="9083" w:type="dxa"/>
          <w:gridSpan w:val="3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shd w:val="clear" w:color="auto" w:fill="EFEFEF"/>
          <w:hideMark/>
        </w:tcPr>
        <w:p w14:paraId="6647E110" w14:textId="77777777" w:rsidR="00BA01A4" w:rsidRDefault="00BA01A4" w:rsidP="00BA01A4">
          <w:pPr>
            <w:pStyle w:val="TableParagraph"/>
            <w:rPr>
              <w:b/>
              <w:color w:val="0D5F78"/>
              <w:spacing w:val="-2"/>
              <w:w w:val="105"/>
              <w:sz w:val="18"/>
              <w:szCs w:val="28"/>
            </w:rPr>
          </w:pPr>
          <w:r>
            <w:rPr>
              <w:b/>
              <w:color w:val="0D5F78"/>
              <w:spacing w:val="-2"/>
              <w:w w:val="105"/>
              <w:sz w:val="18"/>
              <w:szCs w:val="28"/>
            </w:rPr>
            <w:t>Județul ARAD</w:t>
          </w:r>
        </w:p>
      </w:tc>
    </w:tr>
    <w:tr w:rsidR="00BA01A4" w14:paraId="076D70C4" w14:textId="77777777">
      <w:trPr>
        <w:trHeight w:val="303"/>
      </w:trPr>
      <w:tc>
        <w:tcPr>
          <w:tcW w:w="1732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14:paraId="7420071C" w14:textId="77777777" w:rsidR="00BA01A4" w:rsidRDefault="00BA01A4" w:rsidP="00BA01A4">
          <w:pPr>
            <w:rPr>
              <w:rFonts w:ascii="Times New Roman" w:eastAsia="Times New Roman" w:hAnsi="Times New Roman" w:cs="Times New Roman"/>
              <w:i/>
              <w:sz w:val="18"/>
              <w:szCs w:val="28"/>
              <w:lang w:val="ro-RO"/>
            </w:rPr>
          </w:pPr>
        </w:p>
      </w:tc>
      <w:tc>
        <w:tcPr>
          <w:tcW w:w="9083" w:type="dxa"/>
          <w:gridSpan w:val="3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shd w:val="clear" w:color="auto" w:fill="EFEFEF"/>
          <w:hideMark/>
        </w:tcPr>
        <w:p w14:paraId="0BBDB24A" w14:textId="77777777" w:rsidR="00BA01A4" w:rsidRDefault="00BA01A4" w:rsidP="00BA01A4">
          <w:pPr>
            <w:pStyle w:val="TableParagraph"/>
            <w:rPr>
              <w:b/>
              <w:sz w:val="18"/>
              <w:szCs w:val="28"/>
            </w:rPr>
          </w:pPr>
          <w:r>
            <w:rPr>
              <w:b/>
              <w:color w:val="0D5F78"/>
              <w:spacing w:val="-2"/>
              <w:sz w:val="18"/>
              <w:szCs w:val="28"/>
            </w:rPr>
            <w:t>PRIMĂRIA MUNICIPIULUI ARAD</w:t>
          </w:r>
        </w:p>
      </w:tc>
    </w:tr>
    <w:tr w:rsidR="00BA01A4" w14:paraId="55D8F018" w14:textId="77777777" w:rsidTr="00E236FA">
      <w:trPr>
        <w:trHeight w:val="402"/>
      </w:trPr>
      <w:tc>
        <w:tcPr>
          <w:tcW w:w="1732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14:paraId="0C8BC54E" w14:textId="77777777" w:rsidR="00BA01A4" w:rsidRDefault="00BA01A4" w:rsidP="00BA01A4">
          <w:pPr>
            <w:rPr>
              <w:rFonts w:ascii="Times New Roman" w:eastAsia="Times New Roman" w:hAnsi="Times New Roman" w:cs="Times New Roman"/>
              <w:i/>
              <w:sz w:val="18"/>
              <w:szCs w:val="28"/>
              <w:lang w:val="ro-RO"/>
            </w:rPr>
          </w:pPr>
        </w:p>
      </w:tc>
      <w:tc>
        <w:tcPr>
          <w:tcW w:w="4506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shd w:val="clear" w:color="auto" w:fill="EFEFEF"/>
          <w:hideMark/>
        </w:tcPr>
        <w:p w14:paraId="691CFA5B" w14:textId="77777777" w:rsidR="00BA01A4" w:rsidRDefault="00BA01A4" w:rsidP="00BA01A4">
          <w:pPr>
            <w:pStyle w:val="TableParagraph"/>
            <w:rPr>
              <w:b/>
              <w:color w:val="0D5F78"/>
              <w:spacing w:val="-2"/>
              <w:w w:val="105"/>
              <w:sz w:val="18"/>
              <w:szCs w:val="28"/>
            </w:rPr>
          </w:pPr>
          <w:r>
            <w:rPr>
              <w:b/>
              <w:color w:val="0D5F78"/>
              <w:w w:val="105"/>
              <w:sz w:val="18"/>
              <w:szCs w:val="28"/>
            </w:rPr>
            <w:t>Cod</w:t>
          </w:r>
          <w:r>
            <w:rPr>
              <w:b/>
              <w:color w:val="0D5F78"/>
              <w:spacing w:val="-10"/>
              <w:w w:val="105"/>
              <w:sz w:val="18"/>
              <w:szCs w:val="28"/>
            </w:rPr>
            <w:t xml:space="preserve"> </w:t>
          </w:r>
          <w:r>
            <w:rPr>
              <w:b/>
              <w:color w:val="0D5F78"/>
              <w:w w:val="105"/>
              <w:sz w:val="18"/>
              <w:szCs w:val="28"/>
            </w:rPr>
            <w:t>de</w:t>
          </w:r>
          <w:r>
            <w:rPr>
              <w:b/>
              <w:color w:val="0D5F78"/>
              <w:spacing w:val="-9"/>
              <w:w w:val="105"/>
              <w:sz w:val="18"/>
              <w:szCs w:val="28"/>
            </w:rPr>
            <w:t xml:space="preserve"> </w:t>
          </w:r>
          <w:r>
            <w:rPr>
              <w:b/>
              <w:color w:val="0D5F78"/>
              <w:w w:val="105"/>
              <w:sz w:val="18"/>
              <w:szCs w:val="28"/>
            </w:rPr>
            <w:t>identificare</w:t>
          </w:r>
          <w:r>
            <w:rPr>
              <w:b/>
              <w:color w:val="0D5F78"/>
              <w:spacing w:val="-9"/>
              <w:w w:val="105"/>
              <w:sz w:val="18"/>
              <w:szCs w:val="28"/>
            </w:rPr>
            <w:t xml:space="preserve"> </w:t>
          </w:r>
          <w:r>
            <w:rPr>
              <w:b/>
              <w:color w:val="0D5F78"/>
              <w:w w:val="105"/>
              <w:sz w:val="18"/>
              <w:szCs w:val="28"/>
            </w:rPr>
            <w:t>fiscală</w:t>
          </w:r>
          <w:r>
            <w:rPr>
              <w:b/>
              <w:color w:val="0D5F78"/>
              <w:spacing w:val="-9"/>
              <w:w w:val="105"/>
              <w:sz w:val="18"/>
              <w:szCs w:val="28"/>
            </w:rPr>
            <w:t xml:space="preserve"> </w:t>
          </w:r>
          <w:r>
            <w:rPr>
              <w:b/>
              <w:color w:val="0D5F78"/>
              <w:spacing w:val="-2"/>
              <w:w w:val="105"/>
              <w:sz w:val="18"/>
              <w:szCs w:val="28"/>
            </w:rPr>
            <w:t>(CIF)</w:t>
          </w:r>
        </w:p>
      </w:tc>
      <w:tc>
        <w:tcPr>
          <w:tcW w:w="4577" w:type="dxa"/>
          <w:gridSpan w:val="2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shd w:val="clear" w:color="auto" w:fill="EFEFEF"/>
          <w:hideMark/>
        </w:tcPr>
        <w:p w14:paraId="17BD57AB" w14:textId="77777777" w:rsidR="00BA01A4" w:rsidRDefault="00BA01A4" w:rsidP="00BA01A4">
          <w:pPr>
            <w:pStyle w:val="TableParagraph"/>
            <w:spacing w:before="6"/>
            <w:ind w:left="103"/>
            <w:rPr>
              <w:i/>
              <w:color w:val="797979"/>
              <w:w w:val="105"/>
              <w:sz w:val="18"/>
              <w:szCs w:val="28"/>
            </w:rPr>
          </w:pPr>
          <w:r>
            <w:rPr>
              <w:b/>
              <w:color w:val="0D5F78"/>
              <w:spacing w:val="-2"/>
              <w:w w:val="105"/>
              <w:sz w:val="18"/>
              <w:szCs w:val="28"/>
            </w:rPr>
            <w:t>3519925</w:t>
          </w:r>
        </w:p>
      </w:tc>
    </w:tr>
    <w:tr w:rsidR="00BA01A4" w14:paraId="07BA30AA" w14:textId="77777777" w:rsidTr="00E236FA">
      <w:trPr>
        <w:trHeight w:val="1027"/>
      </w:trPr>
      <w:tc>
        <w:tcPr>
          <w:tcW w:w="1732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14:paraId="7E7FB2AA" w14:textId="77777777" w:rsidR="00BA01A4" w:rsidRDefault="00BA01A4" w:rsidP="00BA01A4">
          <w:pPr>
            <w:rPr>
              <w:rFonts w:ascii="Times New Roman" w:eastAsia="Times New Roman" w:hAnsi="Times New Roman" w:cs="Times New Roman"/>
              <w:i/>
              <w:sz w:val="18"/>
              <w:szCs w:val="28"/>
              <w:lang w:val="ro-RO"/>
            </w:rPr>
          </w:pPr>
        </w:p>
      </w:tc>
      <w:tc>
        <w:tcPr>
          <w:tcW w:w="4506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shd w:val="clear" w:color="auto" w:fill="EFEFEF"/>
          <w:hideMark/>
        </w:tcPr>
        <w:p w14:paraId="03F61DD2" w14:textId="77777777" w:rsidR="00BA01A4" w:rsidRDefault="00BA01A4" w:rsidP="00BA01A4">
          <w:pPr>
            <w:pStyle w:val="TableParagraph"/>
            <w:spacing w:before="6"/>
            <w:ind w:left="103"/>
            <w:rPr>
              <w:b/>
              <w:bCs/>
              <w:i/>
              <w:color w:val="1F497D" w:themeColor="text2"/>
              <w:w w:val="105"/>
              <w:sz w:val="18"/>
              <w:szCs w:val="28"/>
            </w:rPr>
          </w:pPr>
          <w:r>
            <w:rPr>
              <w:b/>
              <w:bCs/>
              <w:i/>
              <w:color w:val="1F497D" w:themeColor="text2"/>
              <w:w w:val="105"/>
              <w:sz w:val="18"/>
              <w:szCs w:val="28"/>
            </w:rPr>
            <w:t>ARAD, BULEVARDUL REVOLUTIEI NR. 75</w:t>
          </w:r>
        </w:p>
        <w:p w14:paraId="13E2B0B9" w14:textId="77777777" w:rsidR="00BA01A4" w:rsidRDefault="00BA01A4" w:rsidP="00BA01A4">
          <w:pPr>
            <w:pStyle w:val="TableParagraph"/>
            <w:spacing w:before="6"/>
            <w:ind w:left="103"/>
            <w:rPr>
              <w:b/>
              <w:bCs/>
              <w:i/>
              <w:color w:val="1F497D" w:themeColor="text2"/>
              <w:w w:val="105"/>
              <w:sz w:val="18"/>
              <w:szCs w:val="28"/>
            </w:rPr>
          </w:pPr>
          <w:r>
            <w:rPr>
              <w:b/>
              <w:bCs/>
              <w:i/>
              <w:color w:val="1F497D" w:themeColor="text2"/>
              <w:w w:val="105"/>
              <w:sz w:val="18"/>
              <w:szCs w:val="28"/>
            </w:rPr>
            <w:t xml:space="preserve">Tel +40 257281850 Email  </w:t>
          </w:r>
          <w:hyperlink r:id="rId2" w:history="1">
            <w:r>
              <w:rPr>
                <w:rStyle w:val="Hyperlink"/>
                <w:rFonts w:eastAsiaTheme="majorEastAsia"/>
                <w:b/>
                <w:bCs/>
                <w:i/>
                <w:color w:val="1F497D" w:themeColor="text2"/>
                <w:w w:val="105"/>
                <w:sz w:val="18"/>
                <w:szCs w:val="28"/>
              </w:rPr>
              <w:t>pma@primariaarad.ro</w:t>
            </w:r>
          </w:hyperlink>
        </w:p>
        <w:p w14:paraId="7AA25BDB" w14:textId="77777777" w:rsidR="00BA01A4" w:rsidRDefault="00BA01A4" w:rsidP="00BA01A4">
          <w:pPr>
            <w:pStyle w:val="TableParagraph"/>
            <w:rPr>
              <w:b/>
              <w:sz w:val="18"/>
              <w:szCs w:val="28"/>
            </w:rPr>
          </w:pPr>
          <w:hyperlink r:id="rId3" w:history="1">
            <w:r>
              <w:rPr>
                <w:rStyle w:val="Hyperlink"/>
                <w:rFonts w:eastAsiaTheme="majorEastAsia"/>
                <w:b/>
                <w:bCs/>
                <w:i/>
                <w:color w:val="1F497D" w:themeColor="text2"/>
                <w:w w:val="105"/>
                <w:sz w:val="18"/>
                <w:szCs w:val="28"/>
              </w:rPr>
              <w:t>www.primariaarad.ro</w:t>
            </w:r>
          </w:hyperlink>
        </w:p>
      </w:tc>
      <w:tc>
        <w:tcPr>
          <w:tcW w:w="2686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shd w:val="clear" w:color="auto" w:fill="EFEFEF"/>
          <w:hideMark/>
        </w:tcPr>
        <w:p w14:paraId="41AAD8AB" w14:textId="77777777" w:rsidR="00BA01A4" w:rsidRDefault="00BA01A4" w:rsidP="00BA01A4">
          <w:pPr>
            <w:pStyle w:val="TableParagraph"/>
            <w:rPr>
              <w:b/>
              <w:sz w:val="18"/>
              <w:szCs w:val="28"/>
            </w:rPr>
          </w:pPr>
          <w:r>
            <w:rPr>
              <w:b/>
              <w:color w:val="0D5F78"/>
              <w:w w:val="105"/>
              <w:sz w:val="18"/>
              <w:szCs w:val="28"/>
            </w:rPr>
            <w:t>Număr</w:t>
          </w:r>
          <w:r>
            <w:rPr>
              <w:b/>
              <w:color w:val="0D5F78"/>
              <w:spacing w:val="-7"/>
              <w:w w:val="105"/>
              <w:sz w:val="18"/>
              <w:szCs w:val="28"/>
            </w:rPr>
            <w:t xml:space="preserve"> </w:t>
          </w:r>
          <w:r>
            <w:rPr>
              <w:b/>
              <w:color w:val="0D5F78"/>
              <w:w w:val="105"/>
              <w:sz w:val="18"/>
              <w:szCs w:val="28"/>
            </w:rPr>
            <w:t>de</w:t>
          </w:r>
          <w:r>
            <w:rPr>
              <w:b/>
              <w:color w:val="0D5F78"/>
              <w:spacing w:val="-7"/>
              <w:w w:val="105"/>
              <w:sz w:val="18"/>
              <w:szCs w:val="28"/>
            </w:rPr>
            <w:t xml:space="preserve"> </w:t>
          </w:r>
          <w:r>
            <w:rPr>
              <w:b/>
              <w:color w:val="0D5F78"/>
              <w:spacing w:val="-2"/>
              <w:w w:val="105"/>
              <w:sz w:val="18"/>
              <w:szCs w:val="28"/>
            </w:rPr>
            <w:t>înregistrare</w:t>
          </w:r>
        </w:p>
      </w:tc>
      <w:tc>
        <w:tcPr>
          <w:tcW w:w="1891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shd w:val="clear" w:color="auto" w:fill="EFEFEF"/>
          <w:hideMark/>
        </w:tcPr>
        <w:p w14:paraId="5246F88E" w14:textId="77777777" w:rsidR="00BA01A4" w:rsidRDefault="00BA01A4" w:rsidP="00BA01A4">
          <w:pPr>
            <w:pStyle w:val="TableParagraph"/>
            <w:rPr>
              <w:b/>
              <w:sz w:val="18"/>
              <w:szCs w:val="28"/>
            </w:rPr>
          </w:pPr>
          <w:r>
            <w:rPr>
              <w:b/>
              <w:color w:val="0D5F78"/>
              <w:spacing w:val="-4"/>
              <w:w w:val="105"/>
              <w:sz w:val="18"/>
              <w:szCs w:val="28"/>
            </w:rPr>
            <w:t>Data</w:t>
          </w:r>
        </w:p>
      </w:tc>
    </w:tr>
  </w:tbl>
  <w:p w14:paraId="5987C7E3" w14:textId="2238F391" w:rsidR="00017265" w:rsidRDefault="00017265">
    <w:pPr>
      <w:pStyle w:val="Antet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tat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tat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umarcator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umarcator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erota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cumarcator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55178084">
    <w:abstractNumId w:val="8"/>
  </w:num>
  <w:num w:numId="2" w16cid:durableId="726563080">
    <w:abstractNumId w:val="6"/>
  </w:num>
  <w:num w:numId="3" w16cid:durableId="1281719884">
    <w:abstractNumId w:val="5"/>
  </w:num>
  <w:num w:numId="4" w16cid:durableId="1122043017">
    <w:abstractNumId w:val="4"/>
  </w:num>
  <w:num w:numId="5" w16cid:durableId="1365669145">
    <w:abstractNumId w:val="7"/>
  </w:num>
  <w:num w:numId="6" w16cid:durableId="1664888880">
    <w:abstractNumId w:val="3"/>
  </w:num>
  <w:num w:numId="7" w16cid:durableId="1831172676">
    <w:abstractNumId w:val="2"/>
  </w:num>
  <w:num w:numId="8" w16cid:durableId="1894609929">
    <w:abstractNumId w:val="1"/>
  </w:num>
  <w:num w:numId="9" w16cid:durableId="3955941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7265"/>
    <w:rsid w:val="00034616"/>
    <w:rsid w:val="0006063C"/>
    <w:rsid w:val="000657E6"/>
    <w:rsid w:val="0015074B"/>
    <w:rsid w:val="00153937"/>
    <w:rsid w:val="001E307F"/>
    <w:rsid w:val="00200FFD"/>
    <w:rsid w:val="00243379"/>
    <w:rsid w:val="00255F46"/>
    <w:rsid w:val="002632D7"/>
    <w:rsid w:val="0029639D"/>
    <w:rsid w:val="002F6E62"/>
    <w:rsid w:val="00326F90"/>
    <w:rsid w:val="003F5B4D"/>
    <w:rsid w:val="0042445C"/>
    <w:rsid w:val="004C264C"/>
    <w:rsid w:val="005B175A"/>
    <w:rsid w:val="005C3B2C"/>
    <w:rsid w:val="00602FDE"/>
    <w:rsid w:val="006B4E9D"/>
    <w:rsid w:val="006D47D9"/>
    <w:rsid w:val="00784BFC"/>
    <w:rsid w:val="00795BC5"/>
    <w:rsid w:val="0079686B"/>
    <w:rsid w:val="007C188A"/>
    <w:rsid w:val="00937389"/>
    <w:rsid w:val="00A35EB4"/>
    <w:rsid w:val="00A70621"/>
    <w:rsid w:val="00AA1D8D"/>
    <w:rsid w:val="00B47730"/>
    <w:rsid w:val="00B528EC"/>
    <w:rsid w:val="00BA01A4"/>
    <w:rsid w:val="00BE1552"/>
    <w:rsid w:val="00C13B0A"/>
    <w:rsid w:val="00C47555"/>
    <w:rsid w:val="00CB0664"/>
    <w:rsid w:val="00D57A25"/>
    <w:rsid w:val="00E16AF5"/>
    <w:rsid w:val="00E236FA"/>
    <w:rsid w:val="00F0193B"/>
    <w:rsid w:val="00F02159"/>
    <w:rsid w:val="00F15446"/>
    <w:rsid w:val="00F74F0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CCDAB6B"/>
  <w14:defaultImageDpi w14:val="300"/>
  <w15:docId w15:val="{9F890164-E9C5-4B03-AA50-23E3591BE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itlu1">
    <w:name w:val="heading 1"/>
    <w:basedOn w:val="Normal"/>
    <w:next w:val="Normal"/>
    <w:link w:val="Titlu1Caracte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lu3">
    <w:name w:val="heading 3"/>
    <w:basedOn w:val="Normal"/>
    <w:next w:val="Normal"/>
    <w:link w:val="Titlu3Caracte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E618BF"/>
  </w:style>
  <w:style w:type="paragraph" w:styleId="Subsol">
    <w:name w:val="footer"/>
    <w:basedOn w:val="Normal"/>
    <w:link w:val="SubsolCaracte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E618BF"/>
  </w:style>
  <w:style w:type="paragraph" w:styleId="Frspaiere">
    <w:name w:val="No Spacing"/>
    <w:uiPriority w:val="1"/>
    <w:qFormat/>
    <w:rsid w:val="00FC693F"/>
    <w:pPr>
      <w:spacing w:after="0" w:line="240" w:lineRule="auto"/>
    </w:pPr>
  </w:style>
  <w:style w:type="character" w:customStyle="1" w:styleId="Titlu1Caracter">
    <w:name w:val="Titlu 1 Caracter"/>
    <w:basedOn w:val="Fontdeparagrafimplicit"/>
    <w:link w:val="Titlu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lu2Caracter">
    <w:name w:val="Titlu 2 Caracter"/>
    <w:basedOn w:val="Fontdeparagrafimplicit"/>
    <w:link w:val="Titlu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lu3Caracter">
    <w:name w:val="Titlu 3 Caracter"/>
    <w:basedOn w:val="Fontdeparagrafimplicit"/>
    <w:link w:val="Titlu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u">
    <w:name w:val="Title"/>
    <w:basedOn w:val="Normal"/>
    <w:next w:val="Normal"/>
    <w:link w:val="TitluCaracte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uCaracter">
    <w:name w:val="Titlu Caracter"/>
    <w:basedOn w:val="Fontdeparagrafimplicit"/>
    <w:link w:val="Titl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uCaracter">
    <w:name w:val="Subtitlu Caracter"/>
    <w:basedOn w:val="Fontdeparagrafimplicit"/>
    <w:link w:val="Subtitl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text">
    <w:name w:val="Body Text"/>
    <w:basedOn w:val="Normal"/>
    <w:link w:val="CorptextCaracter"/>
    <w:uiPriority w:val="99"/>
    <w:unhideWhenUsed/>
    <w:rsid w:val="00AA1D8D"/>
    <w:pPr>
      <w:spacing w:after="120"/>
    </w:pPr>
  </w:style>
  <w:style w:type="character" w:customStyle="1" w:styleId="CorptextCaracter">
    <w:name w:val="Corp text Caracter"/>
    <w:basedOn w:val="Fontdeparagrafimplicit"/>
    <w:link w:val="Corptext"/>
    <w:uiPriority w:val="99"/>
    <w:rsid w:val="00AA1D8D"/>
  </w:style>
  <w:style w:type="paragraph" w:styleId="Corptext2">
    <w:name w:val="Body Text 2"/>
    <w:basedOn w:val="Normal"/>
    <w:link w:val="Corptext2Caracter"/>
    <w:uiPriority w:val="99"/>
    <w:unhideWhenUsed/>
    <w:rsid w:val="00AA1D8D"/>
    <w:pPr>
      <w:spacing w:after="120" w:line="480" w:lineRule="auto"/>
    </w:pPr>
  </w:style>
  <w:style w:type="character" w:customStyle="1" w:styleId="Corptext2Caracter">
    <w:name w:val="Corp text 2 Caracter"/>
    <w:basedOn w:val="Fontdeparagrafimplicit"/>
    <w:link w:val="Corptext2"/>
    <w:uiPriority w:val="99"/>
    <w:rsid w:val="00AA1D8D"/>
  </w:style>
  <w:style w:type="paragraph" w:styleId="Corptext3">
    <w:name w:val="Body Text 3"/>
    <w:basedOn w:val="Normal"/>
    <w:link w:val="Corptext3Caracte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text3Caracter">
    <w:name w:val="Corp text 3 Caracter"/>
    <w:basedOn w:val="Fontdeparagrafimplicit"/>
    <w:link w:val="Corp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cumarcator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umarcator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umarcator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erotat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numerotat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numerotat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ar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ar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ar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macrocomand">
    <w:name w:val="macro"/>
    <w:link w:val="TextmacrocomandCaracte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crocomandCaracter">
    <w:name w:val="Text macrocomandă Caracter"/>
    <w:basedOn w:val="Fontdeparagrafimplicit"/>
    <w:link w:val="Textmacrocomand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Caracter"/>
    <w:uiPriority w:val="29"/>
    <w:qFormat/>
    <w:rsid w:val="00FC693F"/>
    <w:rPr>
      <w:i/>
      <w:iCs/>
      <w:color w:val="000000" w:themeColor="text1"/>
    </w:rPr>
  </w:style>
  <w:style w:type="character" w:customStyle="1" w:styleId="CitatCaracter">
    <w:name w:val="Citat Caracter"/>
    <w:basedOn w:val="Fontdeparagrafimplicit"/>
    <w:link w:val="Citat"/>
    <w:uiPriority w:val="29"/>
    <w:rsid w:val="00FC693F"/>
    <w:rPr>
      <w:i/>
      <w:iCs/>
      <w:color w:val="000000" w:themeColor="text1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Robust">
    <w:name w:val="Strong"/>
    <w:basedOn w:val="Fontdeparagrafimplicit"/>
    <w:uiPriority w:val="22"/>
    <w:qFormat/>
    <w:rsid w:val="00FC693F"/>
    <w:rPr>
      <w:b/>
      <w:bCs/>
    </w:rPr>
  </w:style>
  <w:style w:type="character" w:styleId="Accentuat">
    <w:name w:val="Emphasis"/>
    <w:basedOn w:val="Fontdeparagrafimplicit"/>
    <w:uiPriority w:val="20"/>
    <w:qFormat/>
    <w:rsid w:val="00FC693F"/>
    <w:rPr>
      <w:i/>
      <w:iCs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FC693F"/>
    <w:rPr>
      <w:b/>
      <w:bCs/>
      <w:i/>
      <w:iCs/>
      <w:color w:val="4F81BD" w:themeColor="accent1"/>
    </w:rPr>
  </w:style>
  <w:style w:type="character" w:styleId="Accentuaresubtil">
    <w:name w:val="Subtle Emphasis"/>
    <w:basedOn w:val="Fontdeparagrafimplicit"/>
    <w:uiPriority w:val="19"/>
    <w:qFormat/>
    <w:rsid w:val="00FC693F"/>
    <w:rPr>
      <w:i/>
      <w:iCs/>
      <w:color w:val="808080" w:themeColor="text1" w:themeTint="7F"/>
    </w:rPr>
  </w:style>
  <w:style w:type="character" w:styleId="Accentuareintens">
    <w:name w:val="Intense Emphasis"/>
    <w:basedOn w:val="Fontdeparagrafimplicit"/>
    <w:uiPriority w:val="21"/>
    <w:qFormat/>
    <w:rsid w:val="00FC693F"/>
    <w:rPr>
      <w:b/>
      <w:bCs/>
      <w:i/>
      <w:iCs/>
      <w:color w:val="4F81BD" w:themeColor="accent1"/>
    </w:rPr>
  </w:style>
  <w:style w:type="character" w:styleId="Referiresubtil">
    <w:name w:val="Subtle Reference"/>
    <w:basedOn w:val="Fontdeparagrafimplicit"/>
    <w:uiPriority w:val="31"/>
    <w:qFormat/>
    <w:rsid w:val="00FC693F"/>
    <w:rPr>
      <w:smallCaps/>
      <w:color w:val="C0504D" w:themeColor="accent2"/>
      <w:u w:val="single"/>
    </w:rPr>
  </w:style>
  <w:style w:type="character" w:styleId="Referireintens">
    <w:name w:val="Intense Reference"/>
    <w:basedOn w:val="Fontdeparagrafimplici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lulcrii">
    <w:name w:val="Book Title"/>
    <w:basedOn w:val="Fontdeparagrafimplicit"/>
    <w:uiPriority w:val="33"/>
    <w:qFormat/>
    <w:rsid w:val="00FC693F"/>
    <w:rPr>
      <w:b/>
      <w:bCs/>
      <w:smallCaps/>
      <w:spacing w:val="5"/>
    </w:rPr>
  </w:style>
  <w:style w:type="paragraph" w:styleId="Titlucuprins">
    <w:name w:val="TOC Heading"/>
    <w:basedOn w:val="Titlu1"/>
    <w:next w:val="Normal"/>
    <w:uiPriority w:val="39"/>
    <w:semiHidden/>
    <w:unhideWhenUsed/>
    <w:qFormat/>
    <w:rsid w:val="00FC693F"/>
    <w:pPr>
      <w:outlineLvl w:val="9"/>
    </w:pPr>
  </w:style>
  <w:style w:type="table" w:styleId="Tabelgril">
    <w:name w:val="Table Grid"/>
    <w:basedOn w:val="Tabel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Umbriredeculoaredeschis">
    <w:name w:val="Light Shading"/>
    <w:basedOn w:val="Tabel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Umbriredeculoaredeschis-Accentuare1">
    <w:name w:val="Light Shading Accent 1"/>
    <w:basedOn w:val="Tabel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Umbriredeculoaredeschis-Accentuare2">
    <w:name w:val="Light Shading Accent 2"/>
    <w:basedOn w:val="Tabel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Umbriredeculoaredeschis-Accentuare3">
    <w:name w:val="Light Shading Accent 3"/>
    <w:basedOn w:val="Tabel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Umbriredeculoaredeschis-Accentuare4">
    <w:name w:val="Light Shading Accent 4"/>
    <w:basedOn w:val="Tabel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Umbriredeculoaredeschis-Accentuare5">
    <w:name w:val="Light Shading Accent 5"/>
    <w:basedOn w:val="Tabel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Umbriredeculoaredeschis-Accentuare6">
    <w:name w:val="Light Shading Accent 6"/>
    <w:basedOn w:val="Tabel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deculoaredeschis">
    <w:name w:val="Light List"/>
    <w:basedOn w:val="Tabel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deculoaredeschis-Accentuare1">
    <w:name w:val="Light List Accent 1"/>
    <w:basedOn w:val="Tabel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deculoaredeschis-Accentuare2">
    <w:name w:val="Light List Accent 2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deculoaredeschis-Accentuare3">
    <w:name w:val="Light List Accent 3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deculoaredeschis-Accentuare4">
    <w:name w:val="Light List Accent 4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deculoaredeschis-Accentuare5">
    <w:name w:val="Light List Accent 5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deculoaredeschis-Accentuare6">
    <w:name w:val="Light List Accent 6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deculoaredeschis">
    <w:name w:val="Light Grid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deculoaredeschis-Accentuare1">
    <w:name w:val="Light Grid Accent 1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deculoaredeschis-Accentuare2">
    <w:name w:val="Light Grid Accent 2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deculoaredeschis-Accentuare3">
    <w:name w:val="Light Grid Accent 3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deculoaredeschis-Accentuare4">
    <w:name w:val="Light Grid Accent 4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deculoaredeschis-Accentuare5">
    <w:name w:val="Light Grid Accent 5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deculoaredeschis-Accentuare6">
    <w:name w:val="Light Grid Accent 6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Umbriremedie1">
    <w:name w:val="Medium Shading 1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1">
    <w:name w:val="Medium Shading 1 Accent 1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2">
    <w:name w:val="Medium Shading 1 Accent 2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3">
    <w:name w:val="Medium Shading 1 Accent 3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4">
    <w:name w:val="Medium Shading 1 Accent 4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5">
    <w:name w:val="Medium Shading 1 Accent 5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6">
    <w:name w:val="Medium Shading 1 Accent 6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2">
    <w:name w:val="Medium Shading 2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1">
    <w:name w:val="Medium Shading 2 Accent 1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2">
    <w:name w:val="Medium Shading 2 Accent 2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3">
    <w:name w:val="Medium Shading 2 Accent 3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4">
    <w:name w:val="Medium Shading 2 Accent 4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5">
    <w:name w:val="Medium Shading 2 Accent 5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6">
    <w:name w:val="Medium Shading 2 Accent 6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medie1">
    <w:name w:val="Medium List 1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medie1-Accentuare1">
    <w:name w:val="Medium List 1 Accent 1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medie1-Accentuare2">
    <w:name w:val="Medium List 1 Accent 2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medie1-Accentuare3">
    <w:name w:val="Medium List 1 Accent 3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medie1-Accentuare4">
    <w:name w:val="Medium List 1 Accent 4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medie1-Accentuare5">
    <w:name w:val="Medium List 1 Accent 5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medie1-Accentuare6">
    <w:name w:val="Medium List 1 Accent 6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medie2">
    <w:name w:val="Medium List 2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1">
    <w:name w:val="Medium List 2 Accent 1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2">
    <w:name w:val="Medium List 2 Accent 2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3">
    <w:name w:val="Medium List 2 Accent 3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4">
    <w:name w:val="Medium List 2 Accent 4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5">
    <w:name w:val="Medium List 2 Accent 5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6">
    <w:name w:val="Medium List 2 Accent 6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medie1">
    <w:name w:val="Medium Grid 1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medie1-Accentuare1">
    <w:name w:val="Medium Grid 1 Accent 1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medie1-Accentuare2">
    <w:name w:val="Medium Grid 1 Accent 2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medie1-Accentuare3">
    <w:name w:val="Medium Grid 1 Accent 3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medie1-Accentuare4">
    <w:name w:val="Medium Grid 1 Accent 4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medie1-Accentuare5">
    <w:name w:val="Medium Grid 1 Accent 5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medie1-Accentuare6">
    <w:name w:val="Medium Grid 1 Accent 6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medie2">
    <w:name w:val="Medium Grid 2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1">
    <w:name w:val="Medium Grid 2 Accent 1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2">
    <w:name w:val="Medium Grid 2 Accent 2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3">
    <w:name w:val="Medium Grid 2 Accent 3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4">
    <w:name w:val="Medium Grid 2 Accent 4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5">
    <w:name w:val="Medium Grid 2 Accent 5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6">
    <w:name w:val="Medium Grid 2 Accent 6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3">
    <w:name w:val="Medium Grid 3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medie3-Accentuare1">
    <w:name w:val="Medium Grid 3 Accent 1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medie3-Accentuare2">
    <w:name w:val="Medium Grid 3 Accent 2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medie3-Accentuare3">
    <w:name w:val="Medium Grid 3 Accent 3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medie3-Accentuare4">
    <w:name w:val="Medium Grid 3 Accent 4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medie3-Accentuare5">
    <w:name w:val="Medium Grid 3 Accent 5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medie3-Accentuare6">
    <w:name w:val="Medium Grid 3 Accent 6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deculoarenchis">
    <w:name w:val="Dark List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deculoarenchis-Accentuare1">
    <w:name w:val="Dark List Accent 1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deculoarenchis-Accentuare2">
    <w:name w:val="Dark List Accent 2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deculoarenchis-Accentuare3">
    <w:name w:val="Dark List Accent 3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deculoarenchis-Accentuare4">
    <w:name w:val="Dark List Accent 4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deculoarenchis-Accentuare5">
    <w:name w:val="Dark List Accent 5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deculoarenchis-Accentuare6">
    <w:name w:val="Dark List Accent 6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Umbrirecolorat">
    <w:name w:val="Colorful Shading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1">
    <w:name w:val="Colorful Shading Accent 1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2">
    <w:name w:val="Colorful Shading Accent 2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3">
    <w:name w:val="Colorful Shading Accent 3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Umbrirecolorat-Accentuare4">
    <w:name w:val="Colorful Shading Accent 4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5">
    <w:name w:val="Colorful Shading Accent 5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6">
    <w:name w:val="Colorful Shading Accent 6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colorat">
    <w:name w:val="Colorful List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colorat-Accentuare1">
    <w:name w:val="Colorful List Accent 1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colorat-Accentuare2">
    <w:name w:val="Colorful List Accent 2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colorat-Accentuare3">
    <w:name w:val="Colorful List Accent 3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colorat-Accentuare4">
    <w:name w:val="Colorful List Accent 4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colorat-Accentuare5">
    <w:name w:val="Colorful List Accent 5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colorat-Accentuare6">
    <w:name w:val="Colorful List Accent 6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colorat">
    <w:name w:val="Colorful Grid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colorat-Accentuare1">
    <w:name w:val="Colorful Grid Accent 1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colorat-Accentuare2">
    <w:name w:val="Colorful Grid Accent 2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colorat-Accentuare3">
    <w:name w:val="Colorful Grid Accent 3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colorat-Accentuare4">
    <w:name w:val="Colorful Grid Accent 4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colorat-Accentuare5">
    <w:name w:val="Colorful Grid Accent 5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colorat-Accentuare6">
    <w:name w:val="Colorful Grid Accent 6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Fontdeparagrafimplicit"/>
    <w:uiPriority w:val="99"/>
    <w:semiHidden/>
    <w:unhideWhenUsed/>
    <w:rsid w:val="00255F46"/>
    <w:rPr>
      <w:color w:val="0000FF" w:themeColor="hyperlink"/>
      <w:u w:val="single"/>
    </w:rPr>
  </w:style>
  <w:style w:type="paragraph" w:customStyle="1" w:styleId="TableParagraph">
    <w:name w:val="Table Paragraph"/>
    <w:basedOn w:val="Normal"/>
    <w:uiPriority w:val="1"/>
    <w:qFormat/>
    <w:rsid w:val="00255F46"/>
    <w:pPr>
      <w:widowControl w:val="0"/>
      <w:autoSpaceDE w:val="0"/>
      <w:autoSpaceDN w:val="0"/>
      <w:spacing w:before="5" w:after="0" w:line="240" w:lineRule="auto"/>
      <w:ind w:left="104"/>
    </w:pPr>
    <w:rPr>
      <w:rFonts w:ascii="Times New Roman" w:eastAsia="Times New Roman" w:hAnsi="Times New Roman" w:cs="Times New Roman"/>
      <w:lang w:val="ro-RO"/>
    </w:rPr>
  </w:style>
  <w:style w:type="table" w:customStyle="1" w:styleId="TableNormal">
    <w:name w:val="Table Normal"/>
    <w:uiPriority w:val="2"/>
    <w:semiHidden/>
    <w:qFormat/>
    <w:rsid w:val="00255F46"/>
    <w:pPr>
      <w:widowControl w:val="0"/>
      <w:autoSpaceDE w:val="0"/>
      <w:autoSpaceDN w:val="0"/>
      <w:spacing w:after="0" w:line="240" w:lineRule="auto"/>
    </w:pPr>
    <w:rPr>
      <w:rFonts w:eastAsiaTheme="minorHAns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BA01A4"/>
    <w:pPr>
      <w:widowControl w:val="0"/>
      <w:autoSpaceDE w:val="0"/>
      <w:autoSpaceDN w:val="0"/>
      <w:spacing w:after="0" w:line="240" w:lineRule="auto"/>
    </w:pPr>
    <w:rPr>
      <w:rFonts w:eastAsiaTheme="minorHAnsi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primariaarad.ro" TargetMode="External"/><Relationship Id="rId2" Type="http://schemas.openxmlformats.org/officeDocument/2006/relationships/hyperlink" Target="mailto:pma@primariaarad.ro" TargetMode="External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1484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dinu denisia</cp:lastModifiedBy>
  <cp:revision>5</cp:revision>
  <dcterms:created xsi:type="dcterms:W3CDTF">2026-09-02T06:38:00Z</dcterms:created>
  <dcterms:modified xsi:type="dcterms:W3CDTF">2026-09-03T06:29:00Z</dcterms:modified>
  <cp:category/>
</cp:coreProperties>
</file>